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9D023EB" w14:textId="3D3E5EBA" w:rsidR="003E2996" w:rsidRPr="00141E1D" w:rsidRDefault="003E2996" w:rsidP="00141E1D">
      <w:pPr>
        <w:jc w:val="center"/>
        <w:rPr>
          <w:rFonts w:ascii="Calibri Light" w:hAnsi="Calibri Light" w:cs="Calibri Light"/>
          <w:sz w:val="56"/>
          <w:szCs w:val="56"/>
        </w:rPr>
      </w:pPr>
      <w:r w:rsidRPr="00141E1D">
        <w:rPr>
          <w:rFonts w:ascii="Calibri Light" w:hAnsi="Calibri Light" w:cs="Calibri Light"/>
          <w:sz w:val="56"/>
          <w:szCs w:val="56"/>
        </w:rPr>
        <w:t xml:space="preserve">Cecily </w:t>
      </w:r>
      <w:r w:rsidR="002E3FB6" w:rsidRPr="00141E1D">
        <w:rPr>
          <w:rFonts w:ascii="Calibri Light" w:hAnsi="Calibri Light" w:cs="Calibri Light"/>
          <w:sz w:val="56"/>
          <w:szCs w:val="56"/>
        </w:rPr>
        <w:t>&amp;</w:t>
      </w:r>
      <w:r w:rsidRPr="00141E1D">
        <w:rPr>
          <w:rFonts w:ascii="Calibri Light" w:hAnsi="Calibri Light" w:cs="Calibri Light"/>
          <w:sz w:val="56"/>
          <w:szCs w:val="56"/>
        </w:rPr>
        <w:t xml:space="preserve"> Merriman</w:t>
      </w:r>
    </w:p>
    <w:p w14:paraId="74BD7B33" w14:textId="1ABAC2CE" w:rsidR="003E2996" w:rsidRPr="00141E1D" w:rsidRDefault="003E2996" w:rsidP="003E2996">
      <w:pPr>
        <w:rPr>
          <w:rFonts w:asciiTheme="majorHAnsi" w:hAnsiTheme="majorHAnsi" w:cstheme="majorHAnsi"/>
          <w:sz w:val="24"/>
          <w:szCs w:val="24"/>
        </w:rPr>
      </w:pPr>
      <w:r w:rsidRPr="00141E1D">
        <w:rPr>
          <w:rFonts w:asciiTheme="majorHAnsi" w:hAnsiTheme="majorHAnsi" w:cstheme="majorHAnsi"/>
          <w:sz w:val="24"/>
          <w:szCs w:val="24"/>
        </w:rPr>
        <w:t>[Enter Merriman.]</w:t>
      </w:r>
    </w:p>
    <w:p w14:paraId="242C3709" w14:textId="77777777" w:rsidR="003E2996" w:rsidRPr="00141E1D" w:rsidRDefault="003E2996" w:rsidP="003E2996">
      <w:pPr>
        <w:rPr>
          <w:rFonts w:asciiTheme="majorHAnsi" w:hAnsiTheme="majorHAnsi" w:cstheme="majorHAnsi"/>
          <w:sz w:val="24"/>
          <w:szCs w:val="24"/>
        </w:rPr>
      </w:pPr>
      <w:r w:rsidRPr="00141E1D">
        <w:rPr>
          <w:rFonts w:asciiTheme="majorHAnsi" w:hAnsiTheme="majorHAnsi" w:cstheme="majorHAnsi"/>
          <w:sz w:val="24"/>
          <w:szCs w:val="24"/>
        </w:rPr>
        <w:t>MERRIMAN.</w:t>
      </w:r>
      <w:r w:rsidRPr="00141E1D">
        <w:rPr>
          <w:rFonts w:asciiTheme="majorHAnsi" w:hAnsiTheme="majorHAnsi" w:cstheme="majorHAnsi"/>
          <w:sz w:val="24"/>
          <w:szCs w:val="24"/>
        </w:rPr>
        <w:br/>
        <w:t>A Miss Fairfax has just called to see Mr. Worthing. On very important business, Miss Fairfax states.</w:t>
      </w:r>
    </w:p>
    <w:p w14:paraId="4F481023" w14:textId="77777777" w:rsidR="003E2996" w:rsidRPr="00141E1D" w:rsidRDefault="003E2996" w:rsidP="003E2996">
      <w:pPr>
        <w:rPr>
          <w:rFonts w:asciiTheme="majorHAnsi" w:hAnsiTheme="majorHAnsi" w:cstheme="majorHAnsi"/>
          <w:sz w:val="24"/>
          <w:szCs w:val="24"/>
        </w:rPr>
      </w:pPr>
      <w:r w:rsidRPr="00141E1D">
        <w:rPr>
          <w:rFonts w:asciiTheme="majorHAnsi" w:hAnsiTheme="majorHAnsi" w:cstheme="majorHAnsi"/>
          <w:sz w:val="24"/>
          <w:szCs w:val="24"/>
        </w:rPr>
        <w:t>CECILY.</w:t>
      </w:r>
      <w:r w:rsidRPr="00141E1D">
        <w:rPr>
          <w:rFonts w:asciiTheme="majorHAnsi" w:hAnsiTheme="majorHAnsi" w:cstheme="majorHAnsi"/>
          <w:sz w:val="24"/>
          <w:szCs w:val="24"/>
        </w:rPr>
        <w:br/>
        <w:t>Isn’t Mr. Worthing in his library?</w:t>
      </w:r>
    </w:p>
    <w:p w14:paraId="1A9FED94" w14:textId="77777777" w:rsidR="003E2996" w:rsidRPr="00141E1D" w:rsidRDefault="003E2996" w:rsidP="003E2996">
      <w:pPr>
        <w:rPr>
          <w:rFonts w:asciiTheme="majorHAnsi" w:hAnsiTheme="majorHAnsi" w:cstheme="majorHAnsi"/>
          <w:sz w:val="24"/>
          <w:szCs w:val="24"/>
        </w:rPr>
      </w:pPr>
      <w:r w:rsidRPr="00141E1D">
        <w:rPr>
          <w:rFonts w:asciiTheme="majorHAnsi" w:hAnsiTheme="majorHAnsi" w:cstheme="majorHAnsi"/>
          <w:sz w:val="24"/>
          <w:szCs w:val="24"/>
        </w:rPr>
        <w:t>MERRIMAN.</w:t>
      </w:r>
      <w:r w:rsidRPr="00141E1D">
        <w:rPr>
          <w:rFonts w:asciiTheme="majorHAnsi" w:hAnsiTheme="majorHAnsi" w:cstheme="majorHAnsi"/>
          <w:sz w:val="24"/>
          <w:szCs w:val="24"/>
        </w:rPr>
        <w:br/>
        <w:t>Mr. Worthing went over in the direction of the Rectory some time ago.</w:t>
      </w:r>
    </w:p>
    <w:p w14:paraId="0469F899" w14:textId="77777777" w:rsidR="003E2996" w:rsidRPr="00141E1D" w:rsidRDefault="003E2996" w:rsidP="003E2996">
      <w:pPr>
        <w:rPr>
          <w:rFonts w:asciiTheme="majorHAnsi" w:hAnsiTheme="majorHAnsi" w:cstheme="majorHAnsi"/>
          <w:sz w:val="24"/>
          <w:szCs w:val="24"/>
        </w:rPr>
      </w:pPr>
      <w:r w:rsidRPr="00141E1D">
        <w:rPr>
          <w:rFonts w:asciiTheme="majorHAnsi" w:hAnsiTheme="majorHAnsi" w:cstheme="majorHAnsi"/>
          <w:sz w:val="24"/>
          <w:szCs w:val="24"/>
        </w:rPr>
        <w:t>CECILY.</w:t>
      </w:r>
      <w:r w:rsidRPr="00141E1D">
        <w:rPr>
          <w:rFonts w:asciiTheme="majorHAnsi" w:hAnsiTheme="majorHAnsi" w:cstheme="majorHAnsi"/>
          <w:sz w:val="24"/>
          <w:szCs w:val="24"/>
        </w:rPr>
        <w:br/>
        <w:t xml:space="preserve">Pray </w:t>
      </w:r>
      <w:proofErr w:type="gramStart"/>
      <w:r w:rsidRPr="00141E1D">
        <w:rPr>
          <w:rFonts w:asciiTheme="majorHAnsi" w:hAnsiTheme="majorHAnsi" w:cstheme="majorHAnsi"/>
          <w:sz w:val="24"/>
          <w:szCs w:val="24"/>
        </w:rPr>
        <w:t>ask</w:t>
      </w:r>
      <w:proofErr w:type="gramEnd"/>
      <w:r w:rsidRPr="00141E1D">
        <w:rPr>
          <w:rFonts w:asciiTheme="majorHAnsi" w:hAnsiTheme="majorHAnsi" w:cstheme="majorHAnsi"/>
          <w:sz w:val="24"/>
          <w:szCs w:val="24"/>
        </w:rPr>
        <w:t xml:space="preserve"> the lady to come out here; Mr. Worthing is sure to be back soon. And you can bring tea.</w:t>
      </w:r>
    </w:p>
    <w:p w14:paraId="7072B10A" w14:textId="77777777" w:rsidR="003E2996" w:rsidRPr="00141E1D" w:rsidRDefault="003E2996" w:rsidP="003E2996">
      <w:pPr>
        <w:rPr>
          <w:rFonts w:asciiTheme="majorHAnsi" w:hAnsiTheme="majorHAnsi" w:cstheme="majorHAnsi"/>
          <w:sz w:val="24"/>
          <w:szCs w:val="24"/>
        </w:rPr>
      </w:pPr>
      <w:r w:rsidRPr="00141E1D">
        <w:rPr>
          <w:rFonts w:asciiTheme="majorHAnsi" w:hAnsiTheme="majorHAnsi" w:cstheme="majorHAnsi"/>
          <w:sz w:val="24"/>
          <w:szCs w:val="24"/>
        </w:rPr>
        <w:t>MERRIMAN.</w:t>
      </w:r>
      <w:r w:rsidRPr="00141E1D">
        <w:rPr>
          <w:rFonts w:asciiTheme="majorHAnsi" w:hAnsiTheme="majorHAnsi" w:cstheme="majorHAnsi"/>
          <w:sz w:val="24"/>
          <w:szCs w:val="24"/>
        </w:rPr>
        <w:br/>
        <w:t>Yes, Miss. [Goes out.]</w:t>
      </w:r>
    </w:p>
    <w:p w14:paraId="7AFEB3F5" w14:textId="77777777" w:rsidR="003E2996" w:rsidRPr="00141E1D" w:rsidRDefault="003E2996" w:rsidP="003E2996">
      <w:pPr>
        <w:rPr>
          <w:rFonts w:asciiTheme="majorHAnsi" w:hAnsiTheme="majorHAnsi" w:cstheme="majorHAnsi"/>
          <w:sz w:val="24"/>
          <w:szCs w:val="24"/>
        </w:rPr>
      </w:pPr>
      <w:r w:rsidRPr="00141E1D">
        <w:rPr>
          <w:rFonts w:asciiTheme="majorHAnsi" w:hAnsiTheme="majorHAnsi" w:cstheme="majorHAnsi"/>
          <w:sz w:val="24"/>
          <w:szCs w:val="24"/>
        </w:rPr>
        <w:t>CECILY.</w:t>
      </w:r>
      <w:r w:rsidRPr="00141E1D">
        <w:rPr>
          <w:rFonts w:asciiTheme="majorHAnsi" w:hAnsiTheme="majorHAnsi" w:cstheme="majorHAnsi"/>
          <w:sz w:val="24"/>
          <w:szCs w:val="24"/>
        </w:rPr>
        <w:br/>
        <w:t>Miss Fairfax! I suppose one of the many good elderly women who are associated with Uncle Jack in some of his philanthropic work in London. I don’t quite like women who are interested in philanthropic work. I think it is so forward of them.</w:t>
      </w:r>
    </w:p>
    <w:p w14:paraId="184AAA6E" w14:textId="77777777" w:rsidR="003E2996" w:rsidRPr="00141E1D" w:rsidRDefault="003E2996" w:rsidP="003E2996">
      <w:pPr>
        <w:rPr>
          <w:rFonts w:asciiTheme="majorHAnsi" w:hAnsiTheme="majorHAnsi" w:cstheme="majorHAnsi"/>
          <w:sz w:val="24"/>
          <w:szCs w:val="24"/>
        </w:rPr>
      </w:pPr>
      <w:r w:rsidRPr="00141E1D">
        <w:rPr>
          <w:rFonts w:asciiTheme="majorHAnsi" w:hAnsiTheme="majorHAnsi" w:cstheme="majorHAnsi"/>
          <w:sz w:val="24"/>
          <w:szCs w:val="24"/>
        </w:rPr>
        <w:t>[Enter Merriman.]</w:t>
      </w:r>
    </w:p>
    <w:p w14:paraId="0378EB26" w14:textId="77777777" w:rsidR="003E2996" w:rsidRPr="00141E1D" w:rsidRDefault="003E2996" w:rsidP="003E2996">
      <w:pPr>
        <w:rPr>
          <w:rFonts w:asciiTheme="majorHAnsi" w:hAnsiTheme="majorHAnsi" w:cstheme="majorHAnsi"/>
          <w:sz w:val="24"/>
          <w:szCs w:val="24"/>
        </w:rPr>
      </w:pPr>
      <w:r w:rsidRPr="00141E1D">
        <w:rPr>
          <w:rFonts w:asciiTheme="majorHAnsi" w:hAnsiTheme="majorHAnsi" w:cstheme="majorHAnsi"/>
          <w:sz w:val="24"/>
          <w:szCs w:val="24"/>
        </w:rPr>
        <w:t>MERRIMAN.</w:t>
      </w:r>
      <w:r w:rsidRPr="00141E1D">
        <w:rPr>
          <w:rFonts w:asciiTheme="majorHAnsi" w:hAnsiTheme="majorHAnsi" w:cstheme="majorHAnsi"/>
          <w:sz w:val="24"/>
          <w:szCs w:val="24"/>
        </w:rPr>
        <w:br/>
        <w:t>Miss Fairfax.</w:t>
      </w:r>
    </w:p>
    <w:p w14:paraId="50E1B239" w14:textId="77777777" w:rsidR="003E2996" w:rsidRPr="00141E1D" w:rsidRDefault="003E2996" w:rsidP="003E2996">
      <w:pPr>
        <w:rPr>
          <w:rFonts w:asciiTheme="majorHAnsi" w:hAnsiTheme="majorHAnsi" w:cstheme="majorHAnsi"/>
          <w:sz w:val="24"/>
          <w:szCs w:val="24"/>
        </w:rPr>
      </w:pPr>
      <w:r w:rsidRPr="00141E1D">
        <w:rPr>
          <w:rFonts w:asciiTheme="majorHAnsi" w:hAnsiTheme="majorHAnsi" w:cstheme="majorHAnsi"/>
          <w:sz w:val="24"/>
          <w:szCs w:val="24"/>
        </w:rPr>
        <w:t>[Enter Gwendolen.]</w:t>
      </w:r>
    </w:p>
    <w:p w14:paraId="7D7F0EFE" w14:textId="77777777" w:rsidR="003E2996" w:rsidRPr="00141E1D" w:rsidRDefault="003E2996" w:rsidP="003E2996">
      <w:pPr>
        <w:rPr>
          <w:rFonts w:asciiTheme="majorHAnsi" w:hAnsiTheme="majorHAnsi" w:cstheme="majorHAnsi"/>
          <w:sz w:val="24"/>
          <w:szCs w:val="24"/>
        </w:rPr>
      </w:pPr>
      <w:r w:rsidRPr="00141E1D">
        <w:rPr>
          <w:rFonts w:asciiTheme="majorHAnsi" w:hAnsiTheme="majorHAnsi" w:cstheme="majorHAnsi"/>
          <w:sz w:val="24"/>
          <w:szCs w:val="24"/>
        </w:rPr>
        <w:t>[Exit Merriman.]</w:t>
      </w:r>
    </w:p>
    <w:p w14:paraId="0E6F21C2" w14:textId="77777777" w:rsidR="003E2996" w:rsidRPr="00141E1D" w:rsidRDefault="003E2996" w:rsidP="003E2996">
      <w:pPr>
        <w:rPr>
          <w:rFonts w:asciiTheme="majorHAnsi" w:hAnsiTheme="majorHAnsi" w:cstheme="majorHAnsi"/>
          <w:sz w:val="24"/>
          <w:szCs w:val="24"/>
        </w:rPr>
      </w:pPr>
      <w:r w:rsidRPr="00141E1D">
        <w:rPr>
          <w:rFonts w:asciiTheme="majorHAnsi" w:hAnsiTheme="majorHAnsi" w:cstheme="majorHAnsi"/>
          <w:sz w:val="24"/>
          <w:szCs w:val="24"/>
        </w:rPr>
        <w:t>CECILY.</w:t>
      </w:r>
      <w:r w:rsidRPr="00141E1D">
        <w:rPr>
          <w:rFonts w:asciiTheme="majorHAnsi" w:hAnsiTheme="majorHAnsi" w:cstheme="majorHAnsi"/>
          <w:sz w:val="24"/>
          <w:szCs w:val="24"/>
        </w:rPr>
        <w:br/>
        <w:t>[Advancing to meet her.] Pray let me introduce myself to you. My name is Cecily Cardew.</w:t>
      </w:r>
    </w:p>
    <w:p w14:paraId="586ED023" w14:textId="77777777" w:rsidR="003E2996" w:rsidRPr="00141E1D" w:rsidRDefault="003E2996" w:rsidP="003E2996">
      <w:pPr>
        <w:rPr>
          <w:rFonts w:asciiTheme="majorHAnsi" w:hAnsiTheme="majorHAnsi" w:cstheme="majorHAnsi"/>
          <w:sz w:val="24"/>
          <w:szCs w:val="24"/>
        </w:rPr>
      </w:pPr>
      <w:r w:rsidRPr="00141E1D">
        <w:rPr>
          <w:rFonts w:asciiTheme="majorHAnsi" w:hAnsiTheme="majorHAnsi" w:cstheme="majorHAnsi"/>
          <w:sz w:val="24"/>
          <w:szCs w:val="24"/>
        </w:rPr>
        <w:t>GWENDOLEN.</w:t>
      </w:r>
      <w:r w:rsidRPr="00141E1D">
        <w:rPr>
          <w:rFonts w:asciiTheme="majorHAnsi" w:hAnsiTheme="majorHAnsi" w:cstheme="majorHAnsi"/>
          <w:sz w:val="24"/>
          <w:szCs w:val="24"/>
        </w:rPr>
        <w:br/>
        <w:t xml:space="preserve">Cecily Cardew? [Moving to her and shaking hands.] What a very sweet name! Something </w:t>
      </w:r>
      <w:r w:rsidRPr="00141E1D">
        <w:rPr>
          <w:rFonts w:asciiTheme="majorHAnsi" w:hAnsiTheme="majorHAnsi" w:cstheme="majorHAnsi"/>
          <w:sz w:val="24"/>
          <w:szCs w:val="24"/>
        </w:rPr>
        <w:lastRenderedPageBreak/>
        <w:t>tells me that we are going to be great friends. I like you already more than I can say. My first impressions of people are never wrong.</w:t>
      </w:r>
    </w:p>
    <w:p w14:paraId="2E33C58D" w14:textId="77777777" w:rsidR="003E2996" w:rsidRPr="00141E1D" w:rsidRDefault="003E2996" w:rsidP="003E2996">
      <w:pPr>
        <w:rPr>
          <w:rFonts w:asciiTheme="majorHAnsi" w:hAnsiTheme="majorHAnsi" w:cstheme="majorHAnsi"/>
          <w:sz w:val="24"/>
          <w:szCs w:val="24"/>
        </w:rPr>
      </w:pPr>
      <w:r w:rsidRPr="00141E1D">
        <w:rPr>
          <w:rFonts w:asciiTheme="majorHAnsi" w:hAnsiTheme="majorHAnsi" w:cstheme="majorHAnsi"/>
          <w:sz w:val="24"/>
          <w:szCs w:val="24"/>
        </w:rPr>
        <w:t>CECILY.</w:t>
      </w:r>
      <w:r w:rsidRPr="00141E1D">
        <w:rPr>
          <w:rFonts w:asciiTheme="majorHAnsi" w:hAnsiTheme="majorHAnsi" w:cstheme="majorHAnsi"/>
          <w:sz w:val="24"/>
          <w:szCs w:val="24"/>
        </w:rPr>
        <w:br/>
        <w:t>How nice of you to like me so much after we have known each other such a comparatively short time. Pray sit down.</w:t>
      </w:r>
    </w:p>
    <w:p w14:paraId="132E8F36" w14:textId="77777777" w:rsidR="003E2996" w:rsidRPr="00141E1D" w:rsidRDefault="003E2996" w:rsidP="003E2996">
      <w:pPr>
        <w:rPr>
          <w:rFonts w:asciiTheme="majorHAnsi" w:hAnsiTheme="majorHAnsi" w:cstheme="majorHAnsi"/>
          <w:sz w:val="24"/>
          <w:szCs w:val="24"/>
        </w:rPr>
      </w:pPr>
      <w:r w:rsidRPr="00141E1D">
        <w:rPr>
          <w:rFonts w:asciiTheme="majorHAnsi" w:hAnsiTheme="majorHAnsi" w:cstheme="majorHAnsi"/>
          <w:sz w:val="24"/>
          <w:szCs w:val="24"/>
        </w:rPr>
        <w:t>GWENDOLEN.</w:t>
      </w:r>
      <w:r w:rsidRPr="00141E1D">
        <w:rPr>
          <w:rFonts w:asciiTheme="majorHAnsi" w:hAnsiTheme="majorHAnsi" w:cstheme="majorHAnsi"/>
          <w:sz w:val="24"/>
          <w:szCs w:val="24"/>
        </w:rPr>
        <w:br/>
        <w:t>[Still standing up.] I may call you Cecily, may I not?</w:t>
      </w:r>
    </w:p>
    <w:p w14:paraId="7C38CE0D" w14:textId="77777777" w:rsidR="003E2996" w:rsidRPr="00141E1D" w:rsidRDefault="003E2996" w:rsidP="003E2996">
      <w:pPr>
        <w:rPr>
          <w:rFonts w:asciiTheme="majorHAnsi" w:hAnsiTheme="majorHAnsi" w:cstheme="majorHAnsi"/>
          <w:sz w:val="24"/>
          <w:szCs w:val="24"/>
        </w:rPr>
      </w:pPr>
      <w:r w:rsidRPr="00141E1D">
        <w:rPr>
          <w:rFonts w:asciiTheme="majorHAnsi" w:hAnsiTheme="majorHAnsi" w:cstheme="majorHAnsi"/>
          <w:sz w:val="24"/>
          <w:szCs w:val="24"/>
        </w:rPr>
        <w:t>CECILY.</w:t>
      </w:r>
      <w:r w:rsidRPr="00141E1D">
        <w:rPr>
          <w:rFonts w:asciiTheme="majorHAnsi" w:hAnsiTheme="majorHAnsi" w:cstheme="majorHAnsi"/>
          <w:sz w:val="24"/>
          <w:szCs w:val="24"/>
        </w:rPr>
        <w:br/>
        <w:t>With pleasure!</w:t>
      </w:r>
    </w:p>
    <w:p w14:paraId="2A45B4D9" w14:textId="77777777" w:rsidR="003E2996" w:rsidRPr="00141E1D" w:rsidRDefault="003E2996" w:rsidP="003E2996">
      <w:pPr>
        <w:rPr>
          <w:rFonts w:asciiTheme="majorHAnsi" w:hAnsiTheme="majorHAnsi" w:cstheme="majorHAnsi"/>
          <w:sz w:val="24"/>
          <w:szCs w:val="24"/>
        </w:rPr>
      </w:pPr>
      <w:r w:rsidRPr="00141E1D">
        <w:rPr>
          <w:rFonts w:asciiTheme="majorHAnsi" w:hAnsiTheme="majorHAnsi" w:cstheme="majorHAnsi"/>
          <w:sz w:val="24"/>
          <w:szCs w:val="24"/>
        </w:rPr>
        <w:t>GWENDOLEN.</w:t>
      </w:r>
      <w:r w:rsidRPr="00141E1D">
        <w:rPr>
          <w:rFonts w:asciiTheme="majorHAnsi" w:hAnsiTheme="majorHAnsi" w:cstheme="majorHAnsi"/>
          <w:sz w:val="24"/>
          <w:szCs w:val="24"/>
        </w:rPr>
        <w:br/>
        <w:t>And you will always call me Gwendolen, won’t you?</w:t>
      </w:r>
    </w:p>
    <w:p w14:paraId="4F37A081" w14:textId="77777777" w:rsidR="003E2996" w:rsidRPr="00141E1D" w:rsidRDefault="003E2996" w:rsidP="003E2996">
      <w:pPr>
        <w:rPr>
          <w:rFonts w:asciiTheme="majorHAnsi" w:hAnsiTheme="majorHAnsi" w:cstheme="majorHAnsi"/>
          <w:sz w:val="24"/>
          <w:szCs w:val="24"/>
        </w:rPr>
      </w:pPr>
      <w:r w:rsidRPr="00141E1D">
        <w:rPr>
          <w:rFonts w:asciiTheme="majorHAnsi" w:hAnsiTheme="majorHAnsi" w:cstheme="majorHAnsi"/>
          <w:sz w:val="24"/>
          <w:szCs w:val="24"/>
        </w:rPr>
        <w:t>CECILY.</w:t>
      </w:r>
      <w:r w:rsidRPr="00141E1D">
        <w:rPr>
          <w:rFonts w:asciiTheme="majorHAnsi" w:hAnsiTheme="majorHAnsi" w:cstheme="majorHAnsi"/>
          <w:sz w:val="24"/>
          <w:szCs w:val="24"/>
        </w:rPr>
        <w:br/>
        <w:t>If you wish.</w:t>
      </w:r>
    </w:p>
    <w:p w14:paraId="24154D21" w14:textId="77777777" w:rsidR="003E2996" w:rsidRPr="00141E1D" w:rsidRDefault="003E2996" w:rsidP="003E2996">
      <w:pPr>
        <w:rPr>
          <w:rFonts w:asciiTheme="majorHAnsi" w:hAnsiTheme="majorHAnsi" w:cstheme="majorHAnsi"/>
          <w:sz w:val="24"/>
          <w:szCs w:val="24"/>
        </w:rPr>
      </w:pPr>
      <w:r w:rsidRPr="00141E1D">
        <w:rPr>
          <w:rFonts w:asciiTheme="majorHAnsi" w:hAnsiTheme="majorHAnsi" w:cstheme="majorHAnsi"/>
          <w:sz w:val="24"/>
          <w:szCs w:val="24"/>
        </w:rPr>
        <w:t>GWENDOLEN.</w:t>
      </w:r>
      <w:r w:rsidRPr="00141E1D">
        <w:rPr>
          <w:rFonts w:asciiTheme="majorHAnsi" w:hAnsiTheme="majorHAnsi" w:cstheme="majorHAnsi"/>
          <w:sz w:val="24"/>
          <w:szCs w:val="24"/>
        </w:rPr>
        <w:br/>
        <w:t>Then that is all quite settled, is it not?</w:t>
      </w:r>
    </w:p>
    <w:p w14:paraId="603CC3C7" w14:textId="77777777" w:rsidR="003E2996" w:rsidRPr="00141E1D" w:rsidRDefault="003E2996" w:rsidP="003E2996">
      <w:pPr>
        <w:rPr>
          <w:rFonts w:asciiTheme="majorHAnsi" w:hAnsiTheme="majorHAnsi" w:cstheme="majorHAnsi"/>
          <w:sz w:val="24"/>
          <w:szCs w:val="24"/>
        </w:rPr>
      </w:pPr>
      <w:r w:rsidRPr="00141E1D">
        <w:rPr>
          <w:rFonts w:asciiTheme="majorHAnsi" w:hAnsiTheme="majorHAnsi" w:cstheme="majorHAnsi"/>
          <w:sz w:val="24"/>
          <w:szCs w:val="24"/>
        </w:rPr>
        <w:t>CECILY.</w:t>
      </w:r>
      <w:r w:rsidRPr="00141E1D">
        <w:rPr>
          <w:rFonts w:asciiTheme="majorHAnsi" w:hAnsiTheme="majorHAnsi" w:cstheme="majorHAnsi"/>
          <w:sz w:val="24"/>
          <w:szCs w:val="24"/>
        </w:rPr>
        <w:br/>
        <w:t>I hope so. [A pause. They both sit down together.]</w:t>
      </w:r>
    </w:p>
    <w:p w14:paraId="162F8C80" w14:textId="77777777" w:rsidR="003E2996" w:rsidRPr="00141E1D" w:rsidRDefault="003E2996" w:rsidP="003E2996">
      <w:pPr>
        <w:rPr>
          <w:rFonts w:asciiTheme="majorHAnsi" w:hAnsiTheme="majorHAnsi" w:cstheme="majorHAnsi"/>
          <w:sz w:val="24"/>
          <w:szCs w:val="24"/>
        </w:rPr>
      </w:pPr>
      <w:r w:rsidRPr="00141E1D">
        <w:rPr>
          <w:rFonts w:asciiTheme="majorHAnsi" w:hAnsiTheme="majorHAnsi" w:cstheme="majorHAnsi"/>
          <w:sz w:val="24"/>
          <w:szCs w:val="24"/>
        </w:rPr>
        <w:t>GWENDOLEN.</w:t>
      </w:r>
      <w:r w:rsidRPr="00141E1D">
        <w:rPr>
          <w:rFonts w:asciiTheme="majorHAnsi" w:hAnsiTheme="majorHAnsi" w:cstheme="majorHAnsi"/>
          <w:sz w:val="24"/>
          <w:szCs w:val="24"/>
        </w:rPr>
        <w:br/>
        <w:t xml:space="preserve">Perhaps this might be a </w:t>
      </w:r>
      <w:proofErr w:type="spellStart"/>
      <w:r w:rsidRPr="00141E1D">
        <w:rPr>
          <w:rFonts w:asciiTheme="majorHAnsi" w:hAnsiTheme="majorHAnsi" w:cstheme="majorHAnsi"/>
          <w:sz w:val="24"/>
          <w:szCs w:val="24"/>
        </w:rPr>
        <w:t>favourable</w:t>
      </w:r>
      <w:proofErr w:type="spellEnd"/>
      <w:r w:rsidRPr="00141E1D">
        <w:rPr>
          <w:rFonts w:asciiTheme="majorHAnsi" w:hAnsiTheme="majorHAnsi" w:cstheme="majorHAnsi"/>
          <w:sz w:val="24"/>
          <w:szCs w:val="24"/>
        </w:rPr>
        <w:t xml:space="preserve"> opportunity for </w:t>
      </w:r>
      <w:proofErr w:type="gramStart"/>
      <w:r w:rsidRPr="00141E1D">
        <w:rPr>
          <w:rFonts w:asciiTheme="majorHAnsi" w:hAnsiTheme="majorHAnsi" w:cstheme="majorHAnsi"/>
          <w:sz w:val="24"/>
          <w:szCs w:val="24"/>
        </w:rPr>
        <w:t>my</w:t>
      </w:r>
      <w:proofErr w:type="gramEnd"/>
      <w:r w:rsidRPr="00141E1D">
        <w:rPr>
          <w:rFonts w:asciiTheme="majorHAnsi" w:hAnsiTheme="majorHAnsi" w:cstheme="majorHAnsi"/>
          <w:sz w:val="24"/>
          <w:szCs w:val="24"/>
        </w:rPr>
        <w:t xml:space="preserve"> </w:t>
      </w:r>
      <w:proofErr w:type="gramStart"/>
      <w:r w:rsidRPr="00141E1D">
        <w:rPr>
          <w:rFonts w:asciiTheme="majorHAnsi" w:hAnsiTheme="majorHAnsi" w:cstheme="majorHAnsi"/>
          <w:sz w:val="24"/>
          <w:szCs w:val="24"/>
        </w:rPr>
        <w:t>mentioning</w:t>
      </w:r>
      <w:proofErr w:type="gramEnd"/>
      <w:r w:rsidRPr="00141E1D">
        <w:rPr>
          <w:rFonts w:asciiTheme="majorHAnsi" w:hAnsiTheme="majorHAnsi" w:cstheme="majorHAnsi"/>
          <w:sz w:val="24"/>
          <w:szCs w:val="24"/>
        </w:rPr>
        <w:t xml:space="preserve"> who I am. My father is Lord Bracknell. You have never heard of papa, I suppose?</w:t>
      </w:r>
    </w:p>
    <w:p w14:paraId="392DD0DC" w14:textId="77777777" w:rsidR="003E2996" w:rsidRPr="00141E1D" w:rsidRDefault="003E2996" w:rsidP="003E2996">
      <w:pPr>
        <w:rPr>
          <w:rFonts w:asciiTheme="majorHAnsi" w:hAnsiTheme="majorHAnsi" w:cstheme="majorHAnsi"/>
          <w:sz w:val="24"/>
          <w:szCs w:val="24"/>
        </w:rPr>
      </w:pPr>
      <w:r w:rsidRPr="00141E1D">
        <w:rPr>
          <w:rFonts w:asciiTheme="majorHAnsi" w:hAnsiTheme="majorHAnsi" w:cstheme="majorHAnsi"/>
          <w:sz w:val="24"/>
          <w:szCs w:val="24"/>
        </w:rPr>
        <w:t>CECILY.</w:t>
      </w:r>
      <w:r w:rsidRPr="00141E1D">
        <w:rPr>
          <w:rFonts w:asciiTheme="majorHAnsi" w:hAnsiTheme="majorHAnsi" w:cstheme="majorHAnsi"/>
          <w:sz w:val="24"/>
          <w:szCs w:val="24"/>
        </w:rPr>
        <w:br/>
        <w:t>I don’t think so.</w:t>
      </w:r>
    </w:p>
    <w:p w14:paraId="2DB250E7" w14:textId="77777777" w:rsidR="003E2996" w:rsidRPr="00141E1D" w:rsidRDefault="003E2996" w:rsidP="003E2996">
      <w:pPr>
        <w:rPr>
          <w:rFonts w:asciiTheme="majorHAnsi" w:hAnsiTheme="majorHAnsi" w:cstheme="majorHAnsi"/>
          <w:sz w:val="24"/>
          <w:szCs w:val="24"/>
        </w:rPr>
      </w:pPr>
      <w:r w:rsidRPr="00141E1D">
        <w:rPr>
          <w:rFonts w:asciiTheme="majorHAnsi" w:hAnsiTheme="majorHAnsi" w:cstheme="majorHAnsi"/>
          <w:sz w:val="24"/>
          <w:szCs w:val="24"/>
        </w:rPr>
        <w:t>GWENDOLEN.</w:t>
      </w:r>
      <w:r w:rsidRPr="00141E1D">
        <w:rPr>
          <w:rFonts w:asciiTheme="majorHAnsi" w:hAnsiTheme="majorHAnsi" w:cstheme="majorHAnsi"/>
          <w:sz w:val="24"/>
          <w:szCs w:val="24"/>
        </w:rPr>
        <w:br/>
        <w:t xml:space="preserve">Outside the family circle, papa, I am glad to say, is entirely unknown. I think that is quite as it should be. The home seems to me to be the proper sphere for the man. And </w:t>
      </w:r>
      <w:proofErr w:type="gramStart"/>
      <w:r w:rsidRPr="00141E1D">
        <w:rPr>
          <w:rFonts w:asciiTheme="majorHAnsi" w:hAnsiTheme="majorHAnsi" w:cstheme="majorHAnsi"/>
          <w:sz w:val="24"/>
          <w:szCs w:val="24"/>
        </w:rPr>
        <w:t>certainly</w:t>
      </w:r>
      <w:proofErr w:type="gramEnd"/>
      <w:r w:rsidRPr="00141E1D">
        <w:rPr>
          <w:rFonts w:asciiTheme="majorHAnsi" w:hAnsiTheme="majorHAnsi" w:cstheme="majorHAnsi"/>
          <w:sz w:val="24"/>
          <w:szCs w:val="24"/>
        </w:rPr>
        <w:t xml:space="preserve"> once a man begins to neglect his domestic </w:t>
      </w:r>
      <w:proofErr w:type="gramStart"/>
      <w:r w:rsidRPr="00141E1D">
        <w:rPr>
          <w:rFonts w:asciiTheme="majorHAnsi" w:hAnsiTheme="majorHAnsi" w:cstheme="majorHAnsi"/>
          <w:sz w:val="24"/>
          <w:szCs w:val="24"/>
        </w:rPr>
        <w:t>duties</w:t>
      </w:r>
      <w:proofErr w:type="gramEnd"/>
      <w:r w:rsidRPr="00141E1D">
        <w:rPr>
          <w:rFonts w:asciiTheme="majorHAnsi" w:hAnsiTheme="majorHAnsi" w:cstheme="majorHAnsi"/>
          <w:sz w:val="24"/>
          <w:szCs w:val="24"/>
        </w:rPr>
        <w:t xml:space="preserve"> he becomes painfully effeminate, does he not? And I don’t like that. It makes men so very attractive. Cecily, mamma, whose views on education are remarkably strict, has brought me up to be extremely short-sighted; it is part of her system; </w:t>
      </w:r>
      <w:proofErr w:type="gramStart"/>
      <w:r w:rsidRPr="00141E1D">
        <w:rPr>
          <w:rFonts w:asciiTheme="majorHAnsi" w:hAnsiTheme="majorHAnsi" w:cstheme="majorHAnsi"/>
          <w:sz w:val="24"/>
          <w:szCs w:val="24"/>
        </w:rPr>
        <w:t>so</w:t>
      </w:r>
      <w:proofErr w:type="gramEnd"/>
      <w:r w:rsidRPr="00141E1D">
        <w:rPr>
          <w:rFonts w:asciiTheme="majorHAnsi" w:hAnsiTheme="majorHAnsi" w:cstheme="majorHAnsi"/>
          <w:sz w:val="24"/>
          <w:szCs w:val="24"/>
        </w:rPr>
        <w:t xml:space="preserve"> do you mind my looking at you through my glasses?</w:t>
      </w:r>
    </w:p>
    <w:p w14:paraId="2CD6849D" w14:textId="77777777" w:rsidR="003E2996" w:rsidRPr="00141E1D" w:rsidRDefault="003E2996" w:rsidP="003E2996">
      <w:pPr>
        <w:rPr>
          <w:rFonts w:asciiTheme="majorHAnsi" w:hAnsiTheme="majorHAnsi" w:cstheme="majorHAnsi"/>
          <w:sz w:val="24"/>
          <w:szCs w:val="24"/>
        </w:rPr>
      </w:pPr>
      <w:r w:rsidRPr="00141E1D">
        <w:rPr>
          <w:rFonts w:asciiTheme="majorHAnsi" w:hAnsiTheme="majorHAnsi" w:cstheme="majorHAnsi"/>
          <w:sz w:val="24"/>
          <w:szCs w:val="24"/>
        </w:rPr>
        <w:t>CECILY.</w:t>
      </w:r>
      <w:r w:rsidRPr="00141E1D">
        <w:rPr>
          <w:rFonts w:asciiTheme="majorHAnsi" w:hAnsiTheme="majorHAnsi" w:cstheme="majorHAnsi"/>
          <w:sz w:val="24"/>
          <w:szCs w:val="24"/>
        </w:rPr>
        <w:br/>
        <w:t>Oh! not at all, Gwendolen. I am very fond of being looked at.</w:t>
      </w:r>
    </w:p>
    <w:p w14:paraId="3CAA3495" w14:textId="77777777" w:rsidR="003E2996" w:rsidRPr="00141E1D" w:rsidRDefault="003E2996" w:rsidP="003E2996">
      <w:pPr>
        <w:rPr>
          <w:rFonts w:asciiTheme="majorHAnsi" w:hAnsiTheme="majorHAnsi" w:cstheme="majorHAnsi"/>
          <w:sz w:val="24"/>
          <w:szCs w:val="24"/>
        </w:rPr>
      </w:pPr>
      <w:r w:rsidRPr="00141E1D">
        <w:rPr>
          <w:rFonts w:asciiTheme="majorHAnsi" w:hAnsiTheme="majorHAnsi" w:cstheme="majorHAnsi"/>
          <w:sz w:val="24"/>
          <w:szCs w:val="24"/>
        </w:rPr>
        <w:lastRenderedPageBreak/>
        <w:t>GWENDOLEN.</w:t>
      </w:r>
      <w:r w:rsidRPr="00141E1D">
        <w:rPr>
          <w:rFonts w:asciiTheme="majorHAnsi" w:hAnsiTheme="majorHAnsi" w:cstheme="majorHAnsi"/>
          <w:sz w:val="24"/>
          <w:szCs w:val="24"/>
        </w:rPr>
        <w:br/>
        <w:t>[After examining Cecily carefully through a lorgnette.] You are here on a short visit, I suppose.</w:t>
      </w:r>
    </w:p>
    <w:p w14:paraId="68AFFEC9" w14:textId="77777777" w:rsidR="003E2996" w:rsidRPr="00141E1D" w:rsidRDefault="003E2996" w:rsidP="003E2996">
      <w:pPr>
        <w:rPr>
          <w:rFonts w:asciiTheme="majorHAnsi" w:hAnsiTheme="majorHAnsi" w:cstheme="majorHAnsi"/>
          <w:sz w:val="24"/>
          <w:szCs w:val="24"/>
        </w:rPr>
      </w:pPr>
      <w:r w:rsidRPr="00141E1D">
        <w:rPr>
          <w:rFonts w:asciiTheme="majorHAnsi" w:hAnsiTheme="majorHAnsi" w:cstheme="majorHAnsi"/>
          <w:sz w:val="24"/>
          <w:szCs w:val="24"/>
        </w:rPr>
        <w:t>CECILY.</w:t>
      </w:r>
      <w:r w:rsidRPr="00141E1D">
        <w:rPr>
          <w:rFonts w:asciiTheme="majorHAnsi" w:hAnsiTheme="majorHAnsi" w:cstheme="majorHAnsi"/>
          <w:sz w:val="24"/>
          <w:szCs w:val="24"/>
        </w:rPr>
        <w:br/>
        <w:t>Oh no! I live here.</w:t>
      </w:r>
    </w:p>
    <w:p w14:paraId="42CE49E0" w14:textId="77777777" w:rsidR="003E2996" w:rsidRPr="00141E1D" w:rsidRDefault="003E2996" w:rsidP="003E2996">
      <w:pPr>
        <w:rPr>
          <w:rFonts w:asciiTheme="majorHAnsi" w:hAnsiTheme="majorHAnsi" w:cstheme="majorHAnsi"/>
          <w:sz w:val="24"/>
          <w:szCs w:val="24"/>
        </w:rPr>
      </w:pPr>
      <w:r w:rsidRPr="00141E1D">
        <w:rPr>
          <w:rFonts w:asciiTheme="majorHAnsi" w:hAnsiTheme="majorHAnsi" w:cstheme="majorHAnsi"/>
          <w:sz w:val="24"/>
          <w:szCs w:val="24"/>
        </w:rPr>
        <w:t>GWENDOLEN.</w:t>
      </w:r>
      <w:r w:rsidRPr="00141E1D">
        <w:rPr>
          <w:rFonts w:asciiTheme="majorHAnsi" w:hAnsiTheme="majorHAnsi" w:cstheme="majorHAnsi"/>
          <w:sz w:val="24"/>
          <w:szCs w:val="24"/>
        </w:rPr>
        <w:br/>
        <w:t>[Severely.] Really? Your mother, no doubt, or some female relative of advanced years, resides here also?</w:t>
      </w:r>
    </w:p>
    <w:p w14:paraId="7EF4DC94" w14:textId="77777777" w:rsidR="003E2996" w:rsidRPr="00141E1D" w:rsidRDefault="003E2996" w:rsidP="003E2996">
      <w:pPr>
        <w:rPr>
          <w:rFonts w:asciiTheme="majorHAnsi" w:hAnsiTheme="majorHAnsi" w:cstheme="majorHAnsi"/>
          <w:sz w:val="24"/>
          <w:szCs w:val="24"/>
        </w:rPr>
      </w:pPr>
      <w:r w:rsidRPr="00141E1D">
        <w:rPr>
          <w:rFonts w:asciiTheme="majorHAnsi" w:hAnsiTheme="majorHAnsi" w:cstheme="majorHAnsi"/>
          <w:sz w:val="24"/>
          <w:szCs w:val="24"/>
        </w:rPr>
        <w:t>CECILY.</w:t>
      </w:r>
      <w:r w:rsidRPr="00141E1D">
        <w:rPr>
          <w:rFonts w:asciiTheme="majorHAnsi" w:hAnsiTheme="majorHAnsi" w:cstheme="majorHAnsi"/>
          <w:sz w:val="24"/>
          <w:szCs w:val="24"/>
        </w:rPr>
        <w:br/>
        <w:t>Oh no! I have no mother, nor, in fact, any relations.</w:t>
      </w:r>
    </w:p>
    <w:p w14:paraId="12BF218A" w14:textId="77777777" w:rsidR="003E2996" w:rsidRPr="00141E1D" w:rsidRDefault="003E2996" w:rsidP="003E2996">
      <w:pPr>
        <w:rPr>
          <w:rFonts w:asciiTheme="majorHAnsi" w:hAnsiTheme="majorHAnsi" w:cstheme="majorHAnsi"/>
          <w:sz w:val="24"/>
          <w:szCs w:val="24"/>
        </w:rPr>
      </w:pPr>
      <w:r w:rsidRPr="00141E1D">
        <w:rPr>
          <w:rFonts w:asciiTheme="majorHAnsi" w:hAnsiTheme="majorHAnsi" w:cstheme="majorHAnsi"/>
          <w:sz w:val="24"/>
          <w:szCs w:val="24"/>
        </w:rPr>
        <w:t>GWENDOLEN.</w:t>
      </w:r>
      <w:r w:rsidRPr="00141E1D">
        <w:rPr>
          <w:rFonts w:asciiTheme="majorHAnsi" w:hAnsiTheme="majorHAnsi" w:cstheme="majorHAnsi"/>
          <w:sz w:val="24"/>
          <w:szCs w:val="24"/>
        </w:rPr>
        <w:br/>
        <w:t>Indeed?</w:t>
      </w:r>
    </w:p>
    <w:p w14:paraId="497663B4" w14:textId="77777777" w:rsidR="003E2996" w:rsidRPr="00141E1D" w:rsidRDefault="003E2996" w:rsidP="003E2996">
      <w:pPr>
        <w:rPr>
          <w:rFonts w:asciiTheme="majorHAnsi" w:hAnsiTheme="majorHAnsi" w:cstheme="majorHAnsi"/>
          <w:sz w:val="24"/>
          <w:szCs w:val="24"/>
        </w:rPr>
      </w:pPr>
      <w:r w:rsidRPr="00141E1D">
        <w:rPr>
          <w:rFonts w:asciiTheme="majorHAnsi" w:hAnsiTheme="majorHAnsi" w:cstheme="majorHAnsi"/>
          <w:sz w:val="24"/>
          <w:szCs w:val="24"/>
        </w:rPr>
        <w:t>CECILY.</w:t>
      </w:r>
      <w:r w:rsidRPr="00141E1D">
        <w:rPr>
          <w:rFonts w:asciiTheme="majorHAnsi" w:hAnsiTheme="majorHAnsi" w:cstheme="majorHAnsi"/>
          <w:sz w:val="24"/>
          <w:szCs w:val="24"/>
        </w:rPr>
        <w:br/>
        <w:t>My dear guardian, with the assistance of Miss Prism, has the arduous task of looking after me.</w:t>
      </w:r>
    </w:p>
    <w:p w14:paraId="5DDBCF8C" w14:textId="77777777" w:rsidR="003E2996" w:rsidRPr="00141E1D" w:rsidRDefault="003E2996" w:rsidP="003E2996">
      <w:pPr>
        <w:rPr>
          <w:rFonts w:asciiTheme="majorHAnsi" w:hAnsiTheme="majorHAnsi" w:cstheme="majorHAnsi"/>
          <w:sz w:val="24"/>
          <w:szCs w:val="24"/>
        </w:rPr>
      </w:pPr>
      <w:r w:rsidRPr="00141E1D">
        <w:rPr>
          <w:rFonts w:asciiTheme="majorHAnsi" w:hAnsiTheme="majorHAnsi" w:cstheme="majorHAnsi"/>
          <w:sz w:val="24"/>
          <w:szCs w:val="24"/>
        </w:rPr>
        <w:t>GWENDOLEN.</w:t>
      </w:r>
      <w:r w:rsidRPr="00141E1D">
        <w:rPr>
          <w:rFonts w:asciiTheme="majorHAnsi" w:hAnsiTheme="majorHAnsi" w:cstheme="majorHAnsi"/>
          <w:sz w:val="24"/>
          <w:szCs w:val="24"/>
        </w:rPr>
        <w:br/>
        <w:t>Your guardian?</w:t>
      </w:r>
    </w:p>
    <w:p w14:paraId="54B621EC" w14:textId="77777777" w:rsidR="003E2996" w:rsidRPr="00141E1D" w:rsidRDefault="003E2996" w:rsidP="003E2996">
      <w:pPr>
        <w:rPr>
          <w:rFonts w:asciiTheme="majorHAnsi" w:hAnsiTheme="majorHAnsi" w:cstheme="majorHAnsi"/>
          <w:sz w:val="24"/>
          <w:szCs w:val="24"/>
        </w:rPr>
      </w:pPr>
      <w:r w:rsidRPr="00141E1D">
        <w:rPr>
          <w:rFonts w:asciiTheme="majorHAnsi" w:hAnsiTheme="majorHAnsi" w:cstheme="majorHAnsi"/>
          <w:sz w:val="24"/>
          <w:szCs w:val="24"/>
        </w:rPr>
        <w:t>CECILY.</w:t>
      </w:r>
      <w:r w:rsidRPr="00141E1D">
        <w:rPr>
          <w:rFonts w:asciiTheme="majorHAnsi" w:hAnsiTheme="majorHAnsi" w:cstheme="majorHAnsi"/>
          <w:sz w:val="24"/>
          <w:szCs w:val="24"/>
        </w:rPr>
        <w:br/>
        <w:t>Yes, I am Mr. Worthing’s ward.</w:t>
      </w:r>
    </w:p>
    <w:p w14:paraId="6A40426F" w14:textId="77777777" w:rsidR="003E2996" w:rsidRPr="00141E1D" w:rsidRDefault="003E2996" w:rsidP="003E2996">
      <w:pPr>
        <w:rPr>
          <w:rFonts w:asciiTheme="majorHAnsi" w:hAnsiTheme="majorHAnsi" w:cstheme="majorHAnsi"/>
          <w:sz w:val="24"/>
          <w:szCs w:val="24"/>
        </w:rPr>
      </w:pPr>
      <w:r w:rsidRPr="00141E1D">
        <w:rPr>
          <w:rFonts w:asciiTheme="majorHAnsi" w:hAnsiTheme="majorHAnsi" w:cstheme="majorHAnsi"/>
          <w:sz w:val="24"/>
          <w:szCs w:val="24"/>
        </w:rPr>
        <w:t>GWENDOLEN.</w:t>
      </w:r>
      <w:r w:rsidRPr="00141E1D">
        <w:rPr>
          <w:rFonts w:asciiTheme="majorHAnsi" w:hAnsiTheme="majorHAnsi" w:cstheme="majorHAnsi"/>
          <w:sz w:val="24"/>
          <w:szCs w:val="24"/>
        </w:rPr>
        <w:br/>
        <w:t xml:space="preserve">Oh! It is strange he never mentioned to me that he had a </w:t>
      </w:r>
      <w:proofErr w:type="gramStart"/>
      <w:r w:rsidRPr="00141E1D">
        <w:rPr>
          <w:rFonts w:asciiTheme="majorHAnsi" w:hAnsiTheme="majorHAnsi" w:cstheme="majorHAnsi"/>
          <w:sz w:val="24"/>
          <w:szCs w:val="24"/>
        </w:rPr>
        <w:t>ward</w:t>
      </w:r>
      <w:proofErr w:type="gramEnd"/>
      <w:r w:rsidRPr="00141E1D">
        <w:rPr>
          <w:rFonts w:asciiTheme="majorHAnsi" w:hAnsiTheme="majorHAnsi" w:cstheme="majorHAnsi"/>
          <w:sz w:val="24"/>
          <w:szCs w:val="24"/>
        </w:rPr>
        <w:t>. How secretive of him! He grows more interesting hourly. I am not sure, however, that the news inspires me with feelings of unmixed delight. [Rising and going to her.] I am very fond of you, Cecily; I have liked you ever since I met you! But I am bound to state that now that I know that you are Mr. Worthing’s ward, I cannot help expressing a wish you were—well, just a little older than you seem to be—and not quite so very alluring in appearance. In fact, if I may speak candidly—</w:t>
      </w:r>
    </w:p>
    <w:p w14:paraId="3E418526" w14:textId="77777777" w:rsidR="003E2996" w:rsidRPr="00141E1D" w:rsidRDefault="003E2996" w:rsidP="003E2996">
      <w:pPr>
        <w:rPr>
          <w:rFonts w:asciiTheme="majorHAnsi" w:hAnsiTheme="majorHAnsi" w:cstheme="majorHAnsi"/>
          <w:sz w:val="24"/>
          <w:szCs w:val="24"/>
        </w:rPr>
      </w:pPr>
      <w:r w:rsidRPr="00141E1D">
        <w:rPr>
          <w:rFonts w:asciiTheme="majorHAnsi" w:hAnsiTheme="majorHAnsi" w:cstheme="majorHAnsi"/>
          <w:sz w:val="24"/>
          <w:szCs w:val="24"/>
        </w:rPr>
        <w:t>CECILY.</w:t>
      </w:r>
      <w:r w:rsidRPr="00141E1D">
        <w:rPr>
          <w:rFonts w:asciiTheme="majorHAnsi" w:hAnsiTheme="majorHAnsi" w:cstheme="majorHAnsi"/>
          <w:sz w:val="24"/>
          <w:szCs w:val="24"/>
        </w:rPr>
        <w:br/>
        <w:t>Pray do! I think that whenever one has anything unpleasant to say, one should always be quite candid.</w:t>
      </w:r>
    </w:p>
    <w:p w14:paraId="729DE110" w14:textId="77777777" w:rsidR="003E2996" w:rsidRPr="00141E1D" w:rsidRDefault="003E2996" w:rsidP="003E2996">
      <w:pPr>
        <w:rPr>
          <w:rFonts w:asciiTheme="majorHAnsi" w:hAnsiTheme="majorHAnsi" w:cstheme="majorHAnsi"/>
          <w:sz w:val="24"/>
          <w:szCs w:val="24"/>
        </w:rPr>
      </w:pPr>
      <w:r w:rsidRPr="00141E1D">
        <w:rPr>
          <w:rFonts w:asciiTheme="majorHAnsi" w:hAnsiTheme="majorHAnsi" w:cstheme="majorHAnsi"/>
          <w:sz w:val="24"/>
          <w:szCs w:val="24"/>
        </w:rPr>
        <w:t>GWENDOLEN.</w:t>
      </w:r>
      <w:r w:rsidRPr="00141E1D">
        <w:rPr>
          <w:rFonts w:asciiTheme="majorHAnsi" w:hAnsiTheme="majorHAnsi" w:cstheme="majorHAnsi"/>
          <w:sz w:val="24"/>
          <w:szCs w:val="24"/>
        </w:rPr>
        <w:br/>
        <w:t xml:space="preserve">Well, to speak with perfect </w:t>
      </w:r>
      <w:proofErr w:type="spellStart"/>
      <w:r w:rsidRPr="00141E1D">
        <w:rPr>
          <w:rFonts w:asciiTheme="majorHAnsi" w:hAnsiTheme="majorHAnsi" w:cstheme="majorHAnsi"/>
          <w:sz w:val="24"/>
          <w:szCs w:val="24"/>
        </w:rPr>
        <w:t>candour</w:t>
      </w:r>
      <w:proofErr w:type="spellEnd"/>
      <w:r w:rsidRPr="00141E1D">
        <w:rPr>
          <w:rFonts w:asciiTheme="majorHAnsi" w:hAnsiTheme="majorHAnsi" w:cstheme="majorHAnsi"/>
          <w:sz w:val="24"/>
          <w:szCs w:val="24"/>
        </w:rPr>
        <w:t xml:space="preserve">, Cecily, I wish that you were fully forty-two, and </w:t>
      </w:r>
      <w:r w:rsidRPr="00141E1D">
        <w:rPr>
          <w:rFonts w:asciiTheme="majorHAnsi" w:hAnsiTheme="majorHAnsi" w:cstheme="majorHAnsi"/>
          <w:sz w:val="24"/>
          <w:szCs w:val="24"/>
        </w:rPr>
        <w:lastRenderedPageBreak/>
        <w:t xml:space="preserve">more than </w:t>
      </w:r>
      <w:proofErr w:type="gramStart"/>
      <w:r w:rsidRPr="00141E1D">
        <w:rPr>
          <w:rFonts w:asciiTheme="majorHAnsi" w:hAnsiTheme="majorHAnsi" w:cstheme="majorHAnsi"/>
          <w:sz w:val="24"/>
          <w:szCs w:val="24"/>
        </w:rPr>
        <w:t>usually</w:t>
      </w:r>
      <w:proofErr w:type="gramEnd"/>
      <w:r w:rsidRPr="00141E1D">
        <w:rPr>
          <w:rFonts w:asciiTheme="majorHAnsi" w:hAnsiTheme="majorHAnsi" w:cstheme="majorHAnsi"/>
          <w:sz w:val="24"/>
          <w:szCs w:val="24"/>
        </w:rPr>
        <w:t xml:space="preserve"> plain for your age. Ernest has a strong upright nature. He is the very soul of truth and </w:t>
      </w:r>
      <w:proofErr w:type="spellStart"/>
      <w:r w:rsidRPr="00141E1D">
        <w:rPr>
          <w:rFonts w:asciiTheme="majorHAnsi" w:hAnsiTheme="majorHAnsi" w:cstheme="majorHAnsi"/>
          <w:sz w:val="24"/>
          <w:szCs w:val="24"/>
        </w:rPr>
        <w:t>honour</w:t>
      </w:r>
      <w:proofErr w:type="spellEnd"/>
      <w:r w:rsidRPr="00141E1D">
        <w:rPr>
          <w:rFonts w:asciiTheme="majorHAnsi" w:hAnsiTheme="majorHAnsi" w:cstheme="majorHAnsi"/>
          <w:sz w:val="24"/>
          <w:szCs w:val="24"/>
        </w:rPr>
        <w:t xml:space="preserve">. Disloyalty would be as impossible </w:t>
      </w:r>
      <w:proofErr w:type="gramStart"/>
      <w:r w:rsidRPr="00141E1D">
        <w:rPr>
          <w:rFonts w:asciiTheme="majorHAnsi" w:hAnsiTheme="majorHAnsi" w:cstheme="majorHAnsi"/>
          <w:sz w:val="24"/>
          <w:szCs w:val="24"/>
        </w:rPr>
        <w:t>to</w:t>
      </w:r>
      <w:proofErr w:type="gramEnd"/>
      <w:r w:rsidRPr="00141E1D">
        <w:rPr>
          <w:rFonts w:asciiTheme="majorHAnsi" w:hAnsiTheme="majorHAnsi" w:cstheme="majorHAnsi"/>
          <w:sz w:val="24"/>
          <w:szCs w:val="24"/>
        </w:rPr>
        <w:t xml:space="preserve"> him as deception. But even men of the noblest possible moral character are extremely susceptible to the influence of the physical charms of others. Modern, no less than Ancient History, supplies us with many most painful examples of what I refer to. If it were not so, indeed, History would be quite unreadable.</w:t>
      </w:r>
    </w:p>
    <w:p w14:paraId="2DD00FFC" w14:textId="77777777" w:rsidR="003E2996" w:rsidRPr="00141E1D" w:rsidRDefault="003E2996" w:rsidP="003E2996">
      <w:pPr>
        <w:rPr>
          <w:rFonts w:asciiTheme="majorHAnsi" w:hAnsiTheme="majorHAnsi" w:cstheme="majorHAnsi"/>
          <w:sz w:val="24"/>
          <w:szCs w:val="24"/>
        </w:rPr>
      </w:pPr>
      <w:r w:rsidRPr="00141E1D">
        <w:rPr>
          <w:rFonts w:asciiTheme="majorHAnsi" w:hAnsiTheme="majorHAnsi" w:cstheme="majorHAnsi"/>
          <w:sz w:val="24"/>
          <w:szCs w:val="24"/>
        </w:rPr>
        <w:t>CECILY.</w:t>
      </w:r>
      <w:r w:rsidRPr="00141E1D">
        <w:rPr>
          <w:rFonts w:asciiTheme="majorHAnsi" w:hAnsiTheme="majorHAnsi" w:cstheme="majorHAnsi"/>
          <w:sz w:val="24"/>
          <w:szCs w:val="24"/>
        </w:rPr>
        <w:br/>
        <w:t>I beg your pardon, Gwendolen, did you say Ernest?</w:t>
      </w:r>
    </w:p>
    <w:p w14:paraId="2202030D" w14:textId="77777777" w:rsidR="003E2996" w:rsidRPr="00141E1D" w:rsidRDefault="003E2996" w:rsidP="003E2996">
      <w:pPr>
        <w:rPr>
          <w:rFonts w:asciiTheme="majorHAnsi" w:hAnsiTheme="majorHAnsi" w:cstheme="majorHAnsi"/>
          <w:sz w:val="24"/>
          <w:szCs w:val="24"/>
        </w:rPr>
      </w:pPr>
      <w:r w:rsidRPr="00141E1D">
        <w:rPr>
          <w:rFonts w:asciiTheme="majorHAnsi" w:hAnsiTheme="majorHAnsi" w:cstheme="majorHAnsi"/>
          <w:sz w:val="24"/>
          <w:szCs w:val="24"/>
        </w:rPr>
        <w:t>GWENDOLEN.</w:t>
      </w:r>
      <w:r w:rsidRPr="00141E1D">
        <w:rPr>
          <w:rFonts w:asciiTheme="majorHAnsi" w:hAnsiTheme="majorHAnsi" w:cstheme="majorHAnsi"/>
          <w:sz w:val="24"/>
          <w:szCs w:val="24"/>
        </w:rPr>
        <w:br/>
        <w:t>Yes.</w:t>
      </w:r>
    </w:p>
    <w:p w14:paraId="423BCEA8" w14:textId="77777777" w:rsidR="003E2996" w:rsidRPr="00141E1D" w:rsidRDefault="003E2996" w:rsidP="003E2996">
      <w:pPr>
        <w:rPr>
          <w:rFonts w:asciiTheme="majorHAnsi" w:hAnsiTheme="majorHAnsi" w:cstheme="majorHAnsi"/>
          <w:sz w:val="24"/>
          <w:szCs w:val="24"/>
        </w:rPr>
      </w:pPr>
      <w:r w:rsidRPr="00141E1D">
        <w:rPr>
          <w:rFonts w:asciiTheme="majorHAnsi" w:hAnsiTheme="majorHAnsi" w:cstheme="majorHAnsi"/>
          <w:sz w:val="24"/>
          <w:szCs w:val="24"/>
        </w:rPr>
        <w:t>CECILY.</w:t>
      </w:r>
      <w:r w:rsidRPr="00141E1D">
        <w:rPr>
          <w:rFonts w:asciiTheme="majorHAnsi" w:hAnsiTheme="majorHAnsi" w:cstheme="majorHAnsi"/>
          <w:sz w:val="24"/>
          <w:szCs w:val="24"/>
        </w:rPr>
        <w:br/>
        <w:t xml:space="preserve">Oh, but it is not Mr. Ernest Worthing who is my guardian. It is his </w:t>
      </w:r>
      <w:proofErr w:type="gramStart"/>
      <w:r w:rsidRPr="00141E1D">
        <w:rPr>
          <w:rFonts w:asciiTheme="majorHAnsi" w:hAnsiTheme="majorHAnsi" w:cstheme="majorHAnsi"/>
          <w:sz w:val="24"/>
          <w:szCs w:val="24"/>
        </w:rPr>
        <w:t>brother—</w:t>
      </w:r>
      <w:proofErr w:type="gramEnd"/>
      <w:r w:rsidRPr="00141E1D">
        <w:rPr>
          <w:rFonts w:asciiTheme="majorHAnsi" w:hAnsiTheme="majorHAnsi" w:cstheme="majorHAnsi"/>
          <w:sz w:val="24"/>
          <w:szCs w:val="24"/>
        </w:rPr>
        <w:t>his elder brother.</w:t>
      </w:r>
    </w:p>
    <w:p w14:paraId="0B73E112" w14:textId="77777777" w:rsidR="003E2996" w:rsidRPr="00141E1D" w:rsidRDefault="003E2996" w:rsidP="003E2996">
      <w:pPr>
        <w:rPr>
          <w:rFonts w:asciiTheme="majorHAnsi" w:hAnsiTheme="majorHAnsi" w:cstheme="majorHAnsi"/>
          <w:sz w:val="24"/>
          <w:szCs w:val="24"/>
        </w:rPr>
      </w:pPr>
      <w:r w:rsidRPr="00141E1D">
        <w:rPr>
          <w:rFonts w:asciiTheme="majorHAnsi" w:hAnsiTheme="majorHAnsi" w:cstheme="majorHAnsi"/>
          <w:sz w:val="24"/>
          <w:szCs w:val="24"/>
        </w:rPr>
        <w:t>GWENDOLEN.</w:t>
      </w:r>
      <w:r w:rsidRPr="00141E1D">
        <w:rPr>
          <w:rFonts w:asciiTheme="majorHAnsi" w:hAnsiTheme="majorHAnsi" w:cstheme="majorHAnsi"/>
          <w:sz w:val="24"/>
          <w:szCs w:val="24"/>
        </w:rPr>
        <w:br/>
        <w:t>[Sitting down again.] Ernest never mentioned to me that he had a brother.</w:t>
      </w:r>
    </w:p>
    <w:p w14:paraId="778E2170" w14:textId="77777777" w:rsidR="003E2996" w:rsidRPr="00141E1D" w:rsidRDefault="003E2996" w:rsidP="003E2996">
      <w:pPr>
        <w:rPr>
          <w:rFonts w:asciiTheme="majorHAnsi" w:hAnsiTheme="majorHAnsi" w:cstheme="majorHAnsi"/>
          <w:sz w:val="24"/>
          <w:szCs w:val="24"/>
        </w:rPr>
      </w:pPr>
      <w:r w:rsidRPr="00141E1D">
        <w:rPr>
          <w:rFonts w:asciiTheme="majorHAnsi" w:hAnsiTheme="majorHAnsi" w:cstheme="majorHAnsi"/>
          <w:sz w:val="24"/>
          <w:szCs w:val="24"/>
        </w:rPr>
        <w:t>CECILY.</w:t>
      </w:r>
      <w:r w:rsidRPr="00141E1D">
        <w:rPr>
          <w:rFonts w:asciiTheme="majorHAnsi" w:hAnsiTheme="majorHAnsi" w:cstheme="majorHAnsi"/>
          <w:sz w:val="24"/>
          <w:szCs w:val="24"/>
        </w:rPr>
        <w:br/>
        <w:t>I am sorry to say they have not been on good terms for a long time.</w:t>
      </w:r>
    </w:p>
    <w:p w14:paraId="22A5C4D8" w14:textId="77777777" w:rsidR="003E2996" w:rsidRPr="00141E1D" w:rsidRDefault="003E2996" w:rsidP="003E2996">
      <w:pPr>
        <w:rPr>
          <w:rFonts w:asciiTheme="majorHAnsi" w:hAnsiTheme="majorHAnsi" w:cstheme="majorHAnsi"/>
          <w:sz w:val="24"/>
          <w:szCs w:val="24"/>
        </w:rPr>
      </w:pPr>
      <w:r w:rsidRPr="00141E1D">
        <w:rPr>
          <w:rFonts w:asciiTheme="majorHAnsi" w:hAnsiTheme="majorHAnsi" w:cstheme="majorHAnsi"/>
          <w:sz w:val="24"/>
          <w:szCs w:val="24"/>
        </w:rPr>
        <w:t>GWENDOLEN.</w:t>
      </w:r>
      <w:r w:rsidRPr="00141E1D">
        <w:rPr>
          <w:rFonts w:asciiTheme="majorHAnsi" w:hAnsiTheme="majorHAnsi" w:cstheme="majorHAnsi"/>
          <w:sz w:val="24"/>
          <w:szCs w:val="24"/>
        </w:rPr>
        <w:br/>
        <w:t xml:space="preserve">Ah! that accounts for it. And now that I think of </w:t>
      </w:r>
      <w:proofErr w:type="gramStart"/>
      <w:r w:rsidRPr="00141E1D">
        <w:rPr>
          <w:rFonts w:asciiTheme="majorHAnsi" w:hAnsiTheme="majorHAnsi" w:cstheme="majorHAnsi"/>
          <w:sz w:val="24"/>
          <w:szCs w:val="24"/>
        </w:rPr>
        <w:t>it</w:t>
      </w:r>
      <w:proofErr w:type="gramEnd"/>
      <w:r w:rsidRPr="00141E1D">
        <w:rPr>
          <w:rFonts w:asciiTheme="majorHAnsi" w:hAnsiTheme="majorHAnsi" w:cstheme="majorHAnsi"/>
          <w:sz w:val="24"/>
          <w:szCs w:val="24"/>
        </w:rPr>
        <w:t xml:space="preserve"> I have never heard any man mention his brother. The subject seems distasteful to most men. Cecily, you have lifted a load from my mind. I was growing almost anxious. It would have been terrible if any cloud had come across a friendship like ours, </w:t>
      </w:r>
      <w:proofErr w:type="gramStart"/>
      <w:r w:rsidRPr="00141E1D">
        <w:rPr>
          <w:rFonts w:asciiTheme="majorHAnsi" w:hAnsiTheme="majorHAnsi" w:cstheme="majorHAnsi"/>
          <w:sz w:val="24"/>
          <w:szCs w:val="24"/>
        </w:rPr>
        <w:t>would</w:t>
      </w:r>
      <w:proofErr w:type="gramEnd"/>
      <w:r w:rsidRPr="00141E1D">
        <w:rPr>
          <w:rFonts w:asciiTheme="majorHAnsi" w:hAnsiTheme="majorHAnsi" w:cstheme="majorHAnsi"/>
          <w:sz w:val="24"/>
          <w:szCs w:val="24"/>
        </w:rPr>
        <w:t xml:space="preserve"> </w:t>
      </w:r>
      <w:proofErr w:type="gramStart"/>
      <w:r w:rsidRPr="00141E1D">
        <w:rPr>
          <w:rFonts w:asciiTheme="majorHAnsi" w:hAnsiTheme="majorHAnsi" w:cstheme="majorHAnsi"/>
          <w:sz w:val="24"/>
          <w:szCs w:val="24"/>
        </w:rPr>
        <w:t>it not</w:t>
      </w:r>
      <w:proofErr w:type="gramEnd"/>
      <w:r w:rsidRPr="00141E1D">
        <w:rPr>
          <w:rFonts w:asciiTheme="majorHAnsi" w:hAnsiTheme="majorHAnsi" w:cstheme="majorHAnsi"/>
          <w:sz w:val="24"/>
          <w:szCs w:val="24"/>
        </w:rPr>
        <w:t xml:space="preserve">? Of course you are </w:t>
      </w:r>
      <w:proofErr w:type="gramStart"/>
      <w:r w:rsidRPr="00141E1D">
        <w:rPr>
          <w:rFonts w:asciiTheme="majorHAnsi" w:hAnsiTheme="majorHAnsi" w:cstheme="majorHAnsi"/>
          <w:sz w:val="24"/>
          <w:szCs w:val="24"/>
        </w:rPr>
        <w:t>quite</w:t>
      </w:r>
      <w:proofErr w:type="gramEnd"/>
      <w:r w:rsidRPr="00141E1D">
        <w:rPr>
          <w:rFonts w:asciiTheme="majorHAnsi" w:hAnsiTheme="majorHAnsi" w:cstheme="majorHAnsi"/>
          <w:sz w:val="24"/>
          <w:szCs w:val="24"/>
        </w:rPr>
        <w:t>, quite sure that it is not Mr. Ernest Worthing who is your guardian?</w:t>
      </w:r>
    </w:p>
    <w:p w14:paraId="4C7D4F63" w14:textId="77777777" w:rsidR="003E2996" w:rsidRPr="00141E1D" w:rsidRDefault="003E2996" w:rsidP="003E2996">
      <w:pPr>
        <w:rPr>
          <w:rFonts w:asciiTheme="majorHAnsi" w:hAnsiTheme="majorHAnsi" w:cstheme="majorHAnsi"/>
          <w:sz w:val="24"/>
          <w:szCs w:val="24"/>
        </w:rPr>
      </w:pPr>
      <w:r w:rsidRPr="00141E1D">
        <w:rPr>
          <w:rFonts w:asciiTheme="majorHAnsi" w:hAnsiTheme="majorHAnsi" w:cstheme="majorHAnsi"/>
          <w:sz w:val="24"/>
          <w:szCs w:val="24"/>
        </w:rPr>
        <w:t>CECILY.</w:t>
      </w:r>
      <w:r w:rsidRPr="00141E1D">
        <w:rPr>
          <w:rFonts w:asciiTheme="majorHAnsi" w:hAnsiTheme="majorHAnsi" w:cstheme="majorHAnsi"/>
          <w:sz w:val="24"/>
          <w:szCs w:val="24"/>
        </w:rPr>
        <w:br/>
        <w:t>Quite sure. [A pause.] In fact, I am going to be his.</w:t>
      </w:r>
    </w:p>
    <w:p w14:paraId="7E5B564A" w14:textId="77777777" w:rsidR="003E2996" w:rsidRPr="00141E1D" w:rsidRDefault="003E2996" w:rsidP="003E2996">
      <w:pPr>
        <w:rPr>
          <w:rFonts w:asciiTheme="majorHAnsi" w:hAnsiTheme="majorHAnsi" w:cstheme="majorHAnsi"/>
          <w:sz w:val="24"/>
          <w:szCs w:val="24"/>
        </w:rPr>
      </w:pPr>
      <w:r w:rsidRPr="00141E1D">
        <w:rPr>
          <w:rFonts w:asciiTheme="majorHAnsi" w:hAnsiTheme="majorHAnsi" w:cstheme="majorHAnsi"/>
          <w:sz w:val="24"/>
          <w:szCs w:val="24"/>
        </w:rPr>
        <w:t>GWENDOLEN.</w:t>
      </w:r>
      <w:r w:rsidRPr="00141E1D">
        <w:rPr>
          <w:rFonts w:asciiTheme="majorHAnsi" w:hAnsiTheme="majorHAnsi" w:cstheme="majorHAnsi"/>
          <w:sz w:val="24"/>
          <w:szCs w:val="24"/>
        </w:rPr>
        <w:br/>
        <w:t>[Inquiringly.] I beg your pardon?</w:t>
      </w:r>
    </w:p>
    <w:p w14:paraId="110A401C" w14:textId="77777777" w:rsidR="003E2996" w:rsidRPr="00141E1D" w:rsidRDefault="003E2996" w:rsidP="003E2996">
      <w:pPr>
        <w:rPr>
          <w:rFonts w:asciiTheme="majorHAnsi" w:hAnsiTheme="majorHAnsi" w:cstheme="majorHAnsi"/>
          <w:sz w:val="24"/>
          <w:szCs w:val="24"/>
        </w:rPr>
      </w:pPr>
      <w:r w:rsidRPr="00141E1D">
        <w:rPr>
          <w:rFonts w:asciiTheme="majorHAnsi" w:hAnsiTheme="majorHAnsi" w:cstheme="majorHAnsi"/>
          <w:sz w:val="24"/>
          <w:szCs w:val="24"/>
        </w:rPr>
        <w:t>CECILY.</w:t>
      </w:r>
      <w:r w:rsidRPr="00141E1D">
        <w:rPr>
          <w:rFonts w:asciiTheme="majorHAnsi" w:hAnsiTheme="majorHAnsi" w:cstheme="majorHAnsi"/>
          <w:sz w:val="24"/>
          <w:szCs w:val="24"/>
        </w:rPr>
        <w:br/>
        <w:t xml:space="preserve">[Rather shy and </w:t>
      </w:r>
      <w:proofErr w:type="gramStart"/>
      <w:r w:rsidRPr="00141E1D">
        <w:rPr>
          <w:rFonts w:asciiTheme="majorHAnsi" w:hAnsiTheme="majorHAnsi" w:cstheme="majorHAnsi"/>
          <w:sz w:val="24"/>
          <w:szCs w:val="24"/>
        </w:rPr>
        <w:t>confidingly</w:t>
      </w:r>
      <w:proofErr w:type="gramEnd"/>
      <w:r w:rsidRPr="00141E1D">
        <w:rPr>
          <w:rFonts w:asciiTheme="majorHAnsi" w:hAnsiTheme="majorHAnsi" w:cstheme="majorHAnsi"/>
          <w:sz w:val="24"/>
          <w:szCs w:val="24"/>
        </w:rPr>
        <w:t>.] Dearest Gwendolen, there is no reason why I should make a secret of it to you. Our little county newspaper is sure to chronicle the fact next week. Mr. Ernest Worthing and I are engaged to be married.</w:t>
      </w:r>
    </w:p>
    <w:p w14:paraId="514A22F3" w14:textId="77777777" w:rsidR="003E2996" w:rsidRPr="00141E1D" w:rsidRDefault="003E2996" w:rsidP="003E2996">
      <w:pPr>
        <w:rPr>
          <w:rFonts w:asciiTheme="majorHAnsi" w:hAnsiTheme="majorHAnsi" w:cstheme="majorHAnsi"/>
          <w:sz w:val="24"/>
          <w:szCs w:val="24"/>
        </w:rPr>
      </w:pPr>
      <w:r w:rsidRPr="00141E1D">
        <w:rPr>
          <w:rFonts w:asciiTheme="majorHAnsi" w:hAnsiTheme="majorHAnsi" w:cstheme="majorHAnsi"/>
          <w:sz w:val="24"/>
          <w:szCs w:val="24"/>
        </w:rPr>
        <w:lastRenderedPageBreak/>
        <w:t>GWENDOLEN.</w:t>
      </w:r>
      <w:r w:rsidRPr="00141E1D">
        <w:rPr>
          <w:rFonts w:asciiTheme="majorHAnsi" w:hAnsiTheme="majorHAnsi" w:cstheme="majorHAnsi"/>
          <w:sz w:val="24"/>
          <w:szCs w:val="24"/>
        </w:rPr>
        <w:br/>
        <w:t>[Quite politely, rising.] My darling Cecily, I think there must be some slight error. Mr. Ernest Worthing is engaged to me. The announcement will appear in the Morning Post on Saturday at the latest.</w:t>
      </w:r>
    </w:p>
    <w:p w14:paraId="242BA7A2" w14:textId="77777777" w:rsidR="003E2996" w:rsidRPr="00141E1D" w:rsidRDefault="003E2996" w:rsidP="003E2996">
      <w:pPr>
        <w:rPr>
          <w:rFonts w:asciiTheme="majorHAnsi" w:hAnsiTheme="majorHAnsi" w:cstheme="majorHAnsi"/>
          <w:sz w:val="24"/>
          <w:szCs w:val="24"/>
        </w:rPr>
      </w:pPr>
      <w:r w:rsidRPr="00141E1D">
        <w:rPr>
          <w:rFonts w:asciiTheme="majorHAnsi" w:hAnsiTheme="majorHAnsi" w:cstheme="majorHAnsi"/>
          <w:sz w:val="24"/>
          <w:szCs w:val="24"/>
        </w:rPr>
        <w:t>CECILY.</w:t>
      </w:r>
      <w:r w:rsidRPr="00141E1D">
        <w:rPr>
          <w:rFonts w:asciiTheme="majorHAnsi" w:hAnsiTheme="majorHAnsi" w:cstheme="majorHAnsi"/>
          <w:sz w:val="24"/>
          <w:szCs w:val="24"/>
        </w:rPr>
        <w:br/>
        <w:t>[Very politely, rising.] I am afraid you must be under some misconception. Ernest proposed to me exactly ten minutes ago. [Shows diary.]</w:t>
      </w:r>
    </w:p>
    <w:p w14:paraId="39CAC626" w14:textId="77777777" w:rsidR="003E2996" w:rsidRPr="00141E1D" w:rsidRDefault="003E2996" w:rsidP="003E2996">
      <w:pPr>
        <w:rPr>
          <w:rFonts w:asciiTheme="majorHAnsi" w:hAnsiTheme="majorHAnsi" w:cstheme="majorHAnsi"/>
          <w:sz w:val="24"/>
          <w:szCs w:val="24"/>
        </w:rPr>
      </w:pPr>
      <w:r w:rsidRPr="00141E1D">
        <w:rPr>
          <w:rFonts w:asciiTheme="majorHAnsi" w:hAnsiTheme="majorHAnsi" w:cstheme="majorHAnsi"/>
          <w:sz w:val="24"/>
          <w:szCs w:val="24"/>
        </w:rPr>
        <w:t>GWENDOLEN.</w:t>
      </w:r>
      <w:r w:rsidRPr="00141E1D">
        <w:rPr>
          <w:rFonts w:asciiTheme="majorHAnsi" w:hAnsiTheme="majorHAnsi" w:cstheme="majorHAnsi"/>
          <w:sz w:val="24"/>
          <w:szCs w:val="24"/>
        </w:rPr>
        <w:br/>
        <w:t xml:space="preserve">[Examines diary through her </w:t>
      </w:r>
      <w:proofErr w:type="spellStart"/>
      <w:r w:rsidRPr="00141E1D">
        <w:rPr>
          <w:rFonts w:asciiTheme="majorHAnsi" w:hAnsiTheme="majorHAnsi" w:cstheme="majorHAnsi"/>
          <w:sz w:val="24"/>
          <w:szCs w:val="24"/>
        </w:rPr>
        <w:t>lorgnettte</w:t>
      </w:r>
      <w:proofErr w:type="spellEnd"/>
      <w:r w:rsidRPr="00141E1D">
        <w:rPr>
          <w:rFonts w:asciiTheme="majorHAnsi" w:hAnsiTheme="majorHAnsi" w:cstheme="majorHAnsi"/>
          <w:sz w:val="24"/>
          <w:szCs w:val="24"/>
        </w:rPr>
        <w:t xml:space="preserve"> carefully.] It is certainly very curious, </w:t>
      </w:r>
      <w:proofErr w:type="gramStart"/>
      <w:r w:rsidRPr="00141E1D">
        <w:rPr>
          <w:rFonts w:asciiTheme="majorHAnsi" w:hAnsiTheme="majorHAnsi" w:cstheme="majorHAnsi"/>
          <w:sz w:val="24"/>
          <w:szCs w:val="24"/>
        </w:rPr>
        <w:t>for</w:t>
      </w:r>
      <w:proofErr w:type="gramEnd"/>
      <w:r w:rsidRPr="00141E1D">
        <w:rPr>
          <w:rFonts w:asciiTheme="majorHAnsi" w:hAnsiTheme="majorHAnsi" w:cstheme="majorHAnsi"/>
          <w:sz w:val="24"/>
          <w:szCs w:val="24"/>
        </w:rPr>
        <w:t xml:space="preserve"> he asked me to be his wife yesterday afternoon at 5.30. If you would </w:t>
      </w:r>
      <w:proofErr w:type="gramStart"/>
      <w:r w:rsidRPr="00141E1D">
        <w:rPr>
          <w:rFonts w:asciiTheme="majorHAnsi" w:hAnsiTheme="majorHAnsi" w:cstheme="majorHAnsi"/>
          <w:sz w:val="24"/>
          <w:szCs w:val="24"/>
        </w:rPr>
        <w:t>care</w:t>
      </w:r>
      <w:proofErr w:type="gramEnd"/>
      <w:r w:rsidRPr="00141E1D">
        <w:rPr>
          <w:rFonts w:asciiTheme="majorHAnsi" w:hAnsiTheme="majorHAnsi" w:cstheme="majorHAnsi"/>
          <w:sz w:val="24"/>
          <w:szCs w:val="24"/>
        </w:rPr>
        <w:t xml:space="preserve"> to verify the incident, pray do so. [Produces diary of her own.] I never travel without my diary. One should always have something sensational to read </w:t>
      </w:r>
      <w:proofErr w:type="gramStart"/>
      <w:r w:rsidRPr="00141E1D">
        <w:rPr>
          <w:rFonts w:asciiTheme="majorHAnsi" w:hAnsiTheme="majorHAnsi" w:cstheme="majorHAnsi"/>
          <w:sz w:val="24"/>
          <w:szCs w:val="24"/>
        </w:rPr>
        <w:t>in</w:t>
      </w:r>
      <w:proofErr w:type="gramEnd"/>
      <w:r w:rsidRPr="00141E1D">
        <w:rPr>
          <w:rFonts w:asciiTheme="majorHAnsi" w:hAnsiTheme="majorHAnsi" w:cstheme="majorHAnsi"/>
          <w:sz w:val="24"/>
          <w:szCs w:val="24"/>
        </w:rPr>
        <w:t xml:space="preserve"> the train. I am so sorry, dear Cecily, if it is any disappointment to you, but I am afraid I have the prior claim.</w:t>
      </w:r>
    </w:p>
    <w:p w14:paraId="3320608B" w14:textId="77777777" w:rsidR="003E2996" w:rsidRPr="00141E1D" w:rsidRDefault="003E2996" w:rsidP="003E2996">
      <w:pPr>
        <w:rPr>
          <w:rFonts w:asciiTheme="majorHAnsi" w:hAnsiTheme="majorHAnsi" w:cstheme="majorHAnsi"/>
          <w:sz w:val="24"/>
          <w:szCs w:val="24"/>
        </w:rPr>
      </w:pPr>
      <w:r w:rsidRPr="00141E1D">
        <w:rPr>
          <w:rFonts w:asciiTheme="majorHAnsi" w:hAnsiTheme="majorHAnsi" w:cstheme="majorHAnsi"/>
          <w:sz w:val="24"/>
          <w:szCs w:val="24"/>
        </w:rPr>
        <w:t>CECILY.</w:t>
      </w:r>
      <w:r w:rsidRPr="00141E1D">
        <w:rPr>
          <w:rFonts w:asciiTheme="majorHAnsi" w:hAnsiTheme="majorHAnsi" w:cstheme="majorHAnsi"/>
          <w:sz w:val="24"/>
          <w:szCs w:val="24"/>
        </w:rPr>
        <w:br/>
        <w:t xml:space="preserve">It would distress me more than I </w:t>
      </w:r>
      <w:proofErr w:type="gramStart"/>
      <w:r w:rsidRPr="00141E1D">
        <w:rPr>
          <w:rFonts w:asciiTheme="majorHAnsi" w:hAnsiTheme="majorHAnsi" w:cstheme="majorHAnsi"/>
          <w:sz w:val="24"/>
          <w:szCs w:val="24"/>
        </w:rPr>
        <w:t>can</w:t>
      </w:r>
      <w:proofErr w:type="gramEnd"/>
      <w:r w:rsidRPr="00141E1D">
        <w:rPr>
          <w:rFonts w:asciiTheme="majorHAnsi" w:hAnsiTheme="majorHAnsi" w:cstheme="majorHAnsi"/>
          <w:sz w:val="24"/>
          <w:szCs w:val="24"/>
        </w:rPr>
        <w:t xml:space="preserve"> tell you, dear Gwendolen, if it caused you any mental or physical anguish, but I feel bound to point out that since Ernest proposed to </w:t>
      </w:r>
      <w:proofErr w:type="gramStart"/>
      <w:r w:rsidRPr="00141E1D">
        <w:rPr>
          <w:rFonts w:asciiTheme="majorHAnsi" w:hAnsiTheme="majorHAnsi" w:cstheme="majorHAnsi"/>
          <w:sz w:val="24"/>
          <w:szCs w:val="24"/>
        </w:rPr>
        <w:t>you</w:t>
      </w:r>
      <w:proofErr w:type="gramEnd"/>
      <w:r w:rsidRPr="00141E1D">
        <w:rPr>
          <w:rFonts w:asciiTheme="majorHAnsi" w:hAnsiTheme="majorHAnsi" w:cstheme="majorHAnsi"/>
          <w:sz w:val="24"/>
          <w:szCs w:val="24"/>
        </w:rPr>
        <w:t xml:space="preserve"> he clearly has changed his mind.</w:t>
      </w:r>
    </w:p>
    <w:p w14:paraId="7C248BEF" w14:textId="77777777" w:rsidR="003E2996" w:rsidRPr="00141E1D" w:rsidRDefault="003E2996" w:rsidP="003E2996">
      <w:pPr>
        <w:rPr>
          <w:rFonts w:asciiTheme="majorHAnsi" w:hAnsiTheme="majorHAnsi" w:cstheme="majorHAnsi"/>
          <w:sz w:val="24"/>
          <w:szCs w:val="24"/>
        </w:rPr>
      </w:pPr>
      <w:r w:rsidRPr="00141E1D">
        <w:rPr>
          <w:rFonts w:asciiTheme="majorHAnsi" w:hAnsiTheme="majorHAnsi" w:cstheme="majorHAnsi"/>
          <w:sz w:val="24"/>
          <w:szCs w:val="24"/>
        </w:rPr>
        <w:t>GWENDOLEN.</w:t>
      </w:r>
      <w:r w:rsidRPr="00141E1D">
        <w:rPr>
          <w:rFonts w:asciiTheme="majorHAnsi" w:hAnsiTheme="majorHAnsi" w:cstheme="majorHAnsi"/>
          <w:sz w:val="24"/>
          <w:szCs w:val="24"/>
        </w:rPr>
        <w:br/>
        <w:t xml:space="preserve">[Meditatively.] If the poor fellow has been entrapped into any foolish </w:t>
      </w:r>
      <w:proofErr w:type="gramStart"/>
      <w:r w:rsidRPr="00141E1D">
        <w:rPr>
          <w:rFonts w:asciiTheme="majorHAnsi" w:hAnsiTheme="majorHAnsi" w:cstheme="majorHAnsi"/>
          <w:sz w:val="24"/>
          <w:szCs w:val="24"/>
        </w:rPr>
        <w:t>promise</w:t>
      </w:r>
      <w:proofErr w:type="gramEnd"/>
      <w:r w:rsidRPr="00141E1D">
        <w:rPr>
          <w:rFonts w:asciiTheme="majorHAnsi" w:hAnsiTheme="majorHAnsi" w:cstheme="majorHAnsi"/>
          <w:sz w:val="24"/>
          <w:szCs w:val="24"/>
        </w:rPr>
        <w:t xml:space="preserve"> I shall consider it my duty to rescue him at once, and with a firm hand.</w:t>
      </w:r>
    </w:p>
    <w:p w14:paraId="21194F0E" w14:textId="77777777" w:rsidR="003E2996" w:rsidRPr="00141E1D" w:rsidRDefault="003E2996" w:rsidP="003E2996">
      <w:pPr>
        <w:rPr>
          <w:rFonts w:asciiTheme="majorHAnsi" w:hAnsiTheme="majorHAnsi" w:cstheme="majorHAnsi"/>
          <w:sz w:val="24"/>
          <w:szCs w:val="24"/>
        </w:rPr>
      </w:pPr>
      <w:r w:rsidRPr="00141E1D">
        <w:rPr>
          <w:rFonts w:asciiTheme="majorHAnsi" w:hAnsiTheme="majorHAnsi" w:cstheme="majorHAnsi"/>
          <w:sz w:val="24"/>
          <w:szCs w:val="24"/>
        </w:rPr>
        <w:t>CECILY.</w:t>
      </w:r>
      <w:r w:rsidRPr="00141E1D">
        <w:rPr>
          <w:rFonts w:asciiTheme="majorHAnsi" w:hAnsiTheme="majorHAnsi" w:cstheme="majorHAnsi"/>
          <w:sz w:val="24"/>
          <w:szCs w:val="24"/>
        </w:rPr>
        <w:br/>
        <w:t>[Thoughtfully and sadly.] Whatever unfortunate entanglement my dear boy may have got into, I will never reproach him with it after we are married.</w:t>
      </w:r>
    </w:p>
    <w:p w14:paraId="62FA900B" w14:textId="77777777" w:rsidR="003E2996" w:rsidRPr="00141E1D" w:rsidRDefault="003E2996" w:rsidP="003E2996">
      <w:pPr>
        <w:rPr>
          <w:rFonts w:asciiTheme="majorHAnsi" w:hAnsiTheme="majorHAnsi" w:cstheme="majorHAnsi"/>
          <w:sz w:val="24"/>
          <w:szCs w:val="24"/>
        </w:rPr>
      </w:pPr>
      <w:r w:rsidRPr="00141E1D">
        <w:rPr>
          <w:rFonts w:asciiTheme="majorHAnsi" w:hAnsiTheme="majorHAnsi" w:cstheme="majorHAnsi"/>
          <w:sz w:val="24"/>
          <w:szCs w:val="24"/>
        </w:rPr>
        <w:t>GWENDOLEN.</w:t>
      </w:r>
      <w:r w:rsidRPr="00141E1D">
        <w:rPr>
          <w:rFonts w:asciiTheme="majorHAnsi" w:hAnsiTheme="majorHAnsi" w:cstheme="majorHAnsi"/>
          <w:sz w:val="24"/>
          <w:szCs w:val="24"/>
        </w:rPr>
        <w:br/>
        <w:t xml:space="preserve">Do you allude to me, Miss Cardew, as an entanglement? You are presumptuous. On an occasion of this </w:t>
      </w:r>
      <w:proofErr w:type="gramStart"/>
      <w:r w:rsidRPr="00141E1D">
        <w:rPr>
          <w:rFonts w:asciiTheme="majorHAnsi" w:hAnsiTheme="majorHAnsi" w:cstheme="majorHAnsi"/>
          <w:sz w:val="24"/>
          <w:szCs w:val="24"/>
        </w:rPr>
        <w:t>kind</w:t>
      </w:r>
      <w:proofErr w:type="gramEnd"/>
      <w:r w:rsidRPr="00141E1D">
        <w:rPr>
          <w:rFonts w:asciiTheme="majorHAnsi" w:hAnsiTheme="majorHAnsi" w:cstheme="majorHAnsi"/>
          <w:sz w:val="24"/>
          <w:szCs w:val="24"/>
        </w:rPr>
        <w:t xml:space="preserve"> it becomes more than a moral duty to speak one’s mind. It becomes a pleasure.</w:t>
      </w:r>
    </w:p>
    <w:p w14:paraId="4174EC88" w14:textId="77777777" w:rsidR="003E2996" w:rsidRPr="00141E1D" w:rsidRDefault="003E2996" w:rsidP="003E2996">
      <w:pPr>
        <w:rPr>
          <w:rFonts w:asciiTheme="majorHAnsi" w:hAnsiTheme="majorHAnsi" w:cstheme="majorHAnsi"/>
          <w:sz w:val="24"/>
          <w:szCs w:val="24"/>
        </w:rPr>
      </w:pPr>
      <w:r w:rsidRPr="00141E1D">
        <w:rPr>
          <w:rFonts w:asciiTheme="majorHAnsi" w:hAnsiTheme="majorHAnsi" w:cstheme="majorHAnsi"/>
          <w:sz w:val="24"/>
          <w:szCs w:val="24"/>
        </w:rPr>
        <w:t>CECILY.</w:t>
      </w:r>
      <w:r w:rsidRPr="00141E1D">
        <w:rPr>
          <w:rFonts w:asciiTheme="majorHAnsi" w:hAnsiTheme="majorHAnsi" w:cstheme="majorHAnsi"/>
          <w:sz w:val="24"/>
          <w:szCs w:val="24"/>
        </w:rPr>
        <w:br/>
        <w:t xml:space="preserve">Do you suggest, Miss Fairfax, that I entrapped Ernest into an engagement? How dare you? This is no time for wearing the shallow mask of manners. When I see a </w:t>
      </w:r>
      <w:proofErr w:type="gramStart"/>
      <w:r w:rsidRPr="00141E1D">
        <w:rPr>
          <w:rFonts w:asciiTheme="majorHAnsi" w:hAnsiTheme="majorHAnsi" w:cstheme="majorHAnsi"/>
          <w:sz w:val="24"/>
          <w:szCs w:val="24"/>
        </w:rPr>
        <w:t>spade</w:t>
      </w:r>
      <w:proofErr w:type="gramEnd"/>
      <w:r w:rsidRPr="00141E1D">
        <w:rPr>
          <w:rFonts w:asciiTheme="majorHAnsi" w:hAnsiTheme="majorHAnsi" w:cstheme="majorHAnsi"/>
          <w:sz w:val="24"/>
          <w:szCs w:val="24"/>
        </w:rPr>
        <w:t xml:space="preserve"> I call it a spade.</w:t>
      </w:r>
    </w:p>
    <w:p w14:paraId="3DA304E2" w14:textId="77777777" w:rsidR="003E2996" w:rsidRPr="00141E1D" w:rsidRDefault="003E2996" w:rsidP="003E2996">
      <w:pPr>
        <w:rPr>
          <w:rFonts w:asciiTheme="majorHAnsi" w:hAnsiTheme="majorHAnsi" w:cstheme="majorHAnsi"/>
          <w:sz w:val="24"/>
          <w:szCs w:val="24"/>
        </w:rPr>
      </w:pPr>
      <w:r w:rsidRPr="00141E1D">
        <w:rPr>
          <w:rFonts w:asciiTheme="majorHAnsi" w:hAnsiTheme="majorHAnsi" w:cstheme="majorHAnsi"/>
          <w:sz w:val="24"/>
          <w:szCs w:val="24"/>
        </w:rPr>
        <w:lastRenderedPageBreak/>
        <w:t>GWENDOLEN.</w:t>
      </w:r>
      <w:r w:rsidRPr="00141E1D">
        <w:rPr>
          <w:rFonts w:asciiTheme="majorHAnsi" w:hAnsiTheme="majorHAnsi" w:cstheme="majorHAnsi"/>
          <w:sz w:val="24"/>
          <w:szCs w:val="24"/>
        </w:rPr>
        <w:br/>
        <w:t>[Satirically.] I am glad to say that I have never seen a spade. It is obvious that our social spheres have been widely different.</w:t>
      </w:r>
    </w:p>
    <w:p w14:paraId="31FF2606" w14:textId="77777777" w:rsidR="003E2996" w:rsidRPr="00141E1D" w:rsidRDefault="003E2996" w:rsidP="003E2996">
      <w:pPr>
        <w:rPr>
          <w:rFonts w:asciiTheme="majorHAnsi" w:hAnsiTheme="majorHAnsi" w:cstheme="majorHAnsi"/>
          <w:sz w:val="24"/>
          <w:szCs w:val="24"/>
        </w:rPr>
      </w:pPr>
      <w:r w:rsidRPr="00141E1D">
        <w:rPr>
          <w:rFonts w:asciiTheme="majorHAnsi" w:hAnsiTheme="majorHAnsi" w:cstheme="majorHAnsi"/>
          <w:sz w:val="24"/>
          <w:szCs w:val="24"/>
        </w:rPr>
        <w:t xml:space="preserve">[Enter Merriman, followed by the footman. He carries a salver, </w:t>
      </w:r>
      <w:proofErr w:type="gramStart"/>
      <w:r w:rsidRPr="00141E1D">
        <w:rPr>
          <w:rFonts w:asciiTheme="majorHAnsi" w:hAnsiTheme="majorHAnsi" w:cstheme="majorHAnsi"/>
          <w:sz w:val="24"/>
          <w:szCs w:val="24"/>
        </w:rPr>
        <w:t>table cloth</w:t>
      </w:r>
      <w:proofErr w:type="gramEnd"/>
      <w:r w:rsidRPr="00141E1D">
        <w:rPr>
          <w:rFonts w:asciiTheme="majorHAnsi" w:hAnsiTheme="majorHAnsi" w:cstheme="majorHAnsi"/>
          <w:sz w:val="24"/>
          <w:szCs w:val="24"/>
        </w:rPr>
        <w:t>, and plate stand. Cecily is about to retort. The presence of the servants exercises a restraining influence, under which both girls chafe.]</w:t>
      </w:r>
    </w:p>
    <w:p w14:paraId="1A62D344" w14:textId="2BAA33D7" w:rsidR="008431C3" w:rsidRPr="00141E1D" w:rsidRDefault="008431C3" w:rsidP="003E2996">
      <w:pPr>
        <w:rPr>
          <w:rFonts w:asciiTheme="majorHAnsi" w:hAnsiTheme="majorHAnsi" w:cstheme="majorHAnsi"/>
          <w:sz w:val="24"/>
          <w:szCs w:val="24"/>
        </w:rPr>
      </w:pPr>
    </w:p>
    <w:sectPr w:rsidR="008431C3" w:rsidRPr="00141E1D"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16cid:durableId="844588370">
    <w:abstractNumId w:val="8"/>
  </w:num>
  <w:num w:numId="2" w16cid:durableId="1489130561">
    <w:abstractNumId w:val="6"/>
  </w:num>
  <w:num w:numId="3" w16cid:durableId="1098596117">
    <w:abstractNumId w:val="5"/>
  </w:num>
  <w:num w:numId="4" w16cid:durableId="2122645975">
    <w:abstractNumId w:val="4"/>
  </w:num>
  <w:num w:numId="5" w16cid:durableId="1787237636">
    <w:abstractNumId w:val="7"/>
  </w:num>
  <w:num w:numId="6" w16cid:durableId="1492714728">
    <w:abstractNumId w:val="3"/>
  </w:num>
  <w:num w:numId="7" w16cid:durableId="1057824034">
    <w:abstractNumId w:val="2"/>
  </w:num>
  <w:num w:numId="8" w16cid:durableId="1220634118">
    <w:abstractNumId w:val="1"/>
  </w:num>
  <w:num w:numId="9" w16cid:durableId="212514604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B47730"/>
    <w:rsid w:val="00034616"/>
    <w:rsid w:val="0006063C"/>
    <w:rsid w:val="00141E1D"/>
    <w:rsid w:val="0015074B"/>
    <w:rsid w:val="001D7108"/>
    <w:rsid w:val="0029639D"/>
    <w:rsid w:val="002E3FB6"/>
    <w:rsid w:val="00326F90"/>
    <w:rsid w:val="003E2996"/>
    <w:rsid w:val="008431C3"/>
    <w:rsid w:val="009611FC"/>
    <w:rsid w:val="00AA1D8D"/>
    <w:rsid w:val="00B47730"/>
    <w:rsid w:val="00C061D6"/>
    <w:rsid w:val="00CB0664"/>
    <w:rsid w:val="00D90126"/>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8761ABA"/>
  <w14:defaultImageDpi w14:val="300"/>
  <w15:docId w15:val="{E1F50158-A823-4482-B6F7-C03A0A9BC3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character" w:styleId="CommentReference">
    <w:name w:val="annotation reference"/>
    <w:basedOn w:val="DefaultParagraphFont"/>
    <w:uiPriority w:val="99"/>
    <w:semiHidden/>
    <w:unhideWhenUsed/>
    <w:rsid w:val="009611FC"/>
    <w:rPr>
      <w:sz w:val="16"/>
      <w:szCs w:val="16"/>
    </w:rPr>
  </w:style>
  <w:style w:type="paragraph" w:styleId="CommentText">
    <w:name w:val="annotation text"/>
    <w:basedOn w:val="Normal"/>
    <w:link w:val="CommentTextChar"/>
    <w:uiPriority w:val="99"/>
    <w:unhideWhenUsed/>
    <w:rsid w:val="009611FC"/>
    <w:pPr>
      <w:spacing w:line="240" w:lineRule="auto"/>
    </w:pPr>
    <w:rPr>
      <w:sz w:val="20"/>
      <w:szCs w:val="20"/>
    </w:rPr>
  </w:style>
  <w:style w:type="character" w:customStyle="1" w:styleId="CommentTextChar">
    <w:name w:val="Comment Text Char"/>
    <w:basedOn w:val="DefaultParagraphFont"/>
    <w:link w:val="CommentText"/>
    <w:uiPriority w:val="99"/>
    <w:rsid w:val="009611FC"/>
    <w:rPr>
      <w:sz w:val="20"/>
      <w:szCs w:val="20"/>
    </w:rPr>
  </w:style>
  <w:style w:type="paragraph" w:styleId="CommentSubject">
    <w:name w:val="annotation subject"/>
    <w:basedOn w:val="CommentText"/>
    <w:next w:val="CommentText"/>
    <w:link w:val="CommentSubjectChar"/>
    <w:uiPriority w:val="99"/>
    <w:semiHidden/>
    <w:unhideWhenUsed/>
    <w:rsid w:val="009611FC"/>
    <w:rPr>
      <w:b/>
      <w:bCs/>
    </w:rPr>
  </w:style>
  <w:style w:type="character" w:customStyle="1" w:styleId="CommentSubjectChar">
    <w:name w:val="Comment Subject Char"/>
    <w:basedOn w:val="CommentTextChar"/>
    <w:link w:val="CommentSubject"/>
    <w:uiPriority w:val="99"/>
    <w:semiHidden/>
    <w:rsid w:val="009611FC"/>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17</TotalTime>
  <Pages>6</Pages>
  <Words>1068</Words>
  <Characters>6091</Characters>
  <Application>Microsoft Office Word</Application>
  <DocSecurity>0</DocSecurity>
  <Lines>50</Lines>
  <Paragraphs>14</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7145</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Diane Saraiva</cp:lastModifiedBy>
  <cp:revision>5</cp:revision>
  <dcterms:created xsi:type="dcterms:W3CDTF">2013-12-23T23:15:00Z</dcterms:created>
  <dcterms:modified xsi:type="dcterms:W3CDTF">2026-07-03T21:41:00Z</dcterms:modified>
  <cp:category/>
</cp:coreProperties>
</file>